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C437F" w14:textId="77777777" w:rsidR="00DF770C" w:rsidRDefault="00AE3CF0">
      <w:pPr>
        <w:jc w:val="center"/>
        <w:rPr>
          <w:lang w:eastAsia="ko-KR"/>
        </w:rPr>
      </w:pPr>
      <w:r>
        <w:rPr>
          <w:b/>
          <w:sz w:val="40"/>
          <w:lang w:eastAsia="ko-KR"/>
        </w:rPr>
        <w:t>군무원</w:t>
      </w:r>
      <w:r>
        <w:rPr>
          <w:b/>
          <w:sz w:val="40"/>
          <w:lang w:eastAsia="ko-KR"/>
        </w:rPr>
        <w:t xml:space="preserve"> </w:t>
      </w:r>
      <w:r>
        <w:rPr>
          <w:b/>
          <w:sz w:val="40"/>
          <w:lang w:eastAsia="ko-KR"/>
        </w:rPr>
        <w:t>성과상여금</w:t>
      </w:r>
      <w:r>
        <w:rPr>
          <w:b/>
          <w:sz w:val="40"/>
          <w:lang w:eastAsia="ko-KR"/>
        </w:rPr>
        <w:t xml:space="preserve"> </w:t>
      </w:r>
      <w:r>
        <w:rPr>
          <w:b/>
          <w:sz w:val="40"/>
          <w:lang w:eastAsia="ko-KR"/>
        </w:rPr>
        <w:t>통합평정</w:t>
      </w:r>
      <w:r>
        <w:rPr>
          <w:b/>
          <w:sz w:val="40"/>
          <w:lang w:eastAsia="ko-KR"/>
        </w:rPr>
        <w:t xml:space="preserve"> </w:t>
      </w:r>
      <w:r>
        <w:rPr>
          <w:b/>
          <w:sz w:val="40"/>
          <w:lang w:eastAsia="ko-KR"/>
        </w:rPr>
        <w:t>관련</w:t>
      </w:r>
      <w:r>
        <w:rPr>
          <w:b/>
          <w:sz w:val="40"/>
          <w:lang w:eastAsia="ko-KR"/>
        </w:rPr>
        <w:br/>
      </w:r>
      <w:r>
        <w:rPr>
          <w:b/>
          <w:sz w:val="40"/>
          <w:lang w:eastAsia="ko-KR"/>
        </w:rPr>
        <w:t>기관별</w:t>
      </w:r>
      <w:r>
        <w:rPr>
          <w:b/>
          <w:sz w:val="40"/>
          <w:lang w:eastAsia="ko-KR"/>
        </w:rPr>
        <w:t xml:space="preserve"> </w:t>
      </w:r>
      <w:r>
        <w:rPr>
          <w:b/>
          <w:sz w:val="40"/>
          <w:lang w:eastAsia="ko-KR"/>
        </w:rPr>
        <w:t>제출용</w:t>
      </w:r>
      <w:r>
        <w:rPr>
          <w:b/>
          <w:sz w:val="40"/>
          <w:lang w:eastAsia="ko-KR"/>
        </w:rPr>
        <w:t xml:space="preserve"> </w:t>
      </w:r>
      <w:r>
        <w:rPr>
          <w:b/>
          <w:sz w:val="40"/>
          <w:lang w:eastAsia="ko-KR"/>
        </w:rPr>
        <w:t>보강</w:t>
      </w:r>
      <w:r>
        <w:rPr>
          <w:b/>
          <w:sz w:val="40"/>
          <w:lang w:eastAsia="ko-KR"/>
        </w:rPr>
        <w:t xml:space="preserve"> </w:t>
      </w:r>
      <w:proofErr w:type="spellStart"/>
      <w:r>
        <w:rPr>
          <w:b/>
          <w:sz w:val="40"/>
          <w:lang w:eastAsia="ko-KR"/>
        </w:rPr>
        <w:t>완성본</w:t>
      </w:r>
      <w:proofErr w:type="spellEnd"/>
    </w:p>
    <w:p w14:paraId="07A62ABE" w14:textId="77777777" w:rsidR="00DF770C" w:rsidRDefault="00AE3CF0">
      <w:pPr>
        <w:jc w:val="center"/>
        <w:rPr>
          <w:lang w:eastAsia="ko-KR"/>
        </w:rPr>
      </w:pPr>
      <w:r>
        <w:rPr>
          <w:b/>
          <w:sz w:val="22"/>
          <w:lang w:eastAsia="ko-KR"/>
        </w:rPr>
        <w:t>대통령실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민원</w:t>
      </w:r>
      <w:r>
        <w:rPr>
          <w:b/>
          <w:sz w:val="22"/>
          <w:lang w:eastAsia="ko-KR"/>
        </w:rPr>
        <w:t xml:space="preserve"> · </w:t>
      </w:r>
      <w:r>
        <w:rPr>
          <w:b/>
          <w:sz w:val="22"/>
          <w:lang w:eastAsia="ko-KR"/>
        </w:rPr>
        <w:t>감사원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감사제보</w:t>
      </w:r>
      <w:r>
        <w:rPr>
          <w:b/>
          <w:sz w:val="22"/>
          <w:lang w:eastAsia="ko-KR"/>
        </w:rPr>
        <w:t xml:space="preserve"> · </w:t>
      </w:r>
      <w:r>
        <w:rPr>
          <w:b/>
          <w:sz w:val="22"/>
          <w:lang w:eastAsia="ko-KR"/>
        </w:rPr>
        <w:t>국민권익위원회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고충민원</w:t>
      </w:r>
      <w:r>
        <w:rPr>
          <w:b/>
          <w:sz w:val="22"/>
          <w:lang w:eastAsia="ko-KR"/>
        </w:rPr>
        <w:t xml:space="preserve"> · </w:t>
      </w:r>
      <w:r>
        <w:rPr>
          <w:b/>
          <w:sz w:val="22"/>
          <w:lang w:eastAsia="ko-KR"/>
        </w:rPr>
        <w:t>정보공개청구</w:t>
      </w:r>
    </w:p>
    <w:p w14:paraId="0CC27911" w14:textId="1C31B857" w:rsidR="00DF770C" w:rsidRDefault="00AE3CF0">
      <w:pPr>
        <w:jc w:val="center"/>
        <w:rPr>
          <w:lang w:eastAsia="ko-KR"/>
        </w:rPr>
      </w:pPr>
      <w:r>
        <w:rPr>
          <w:i/>
          <w:lang w:eastAsia="ko-KR"/>
        </w:rPr>
        <w:t>전국군무원연대</w:t>
      </w:r>
      <w:r>
        <w:rPr>
          <w:i/>
          <w:lang w:eastAsia="ko-KR"/>
        </w:rPr>
        <w:t xml:space="preserve"> | 2026. 1</w:t>
      </w:r>
      <w:r w:rsidR="00D85028">
        <w:rPr>
          <w:i/>
          <w:lang w:eastAsia="ko-KR"/>
        </w:rPr>
        <w:t>1</w:t>
      </w:r>
    </w:p>
    <w:p w14:paraId="1BAB43F0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>작성</w:t>
      </w:r>
      <w:r>
        <w:rPr>
          <w:lang w:eastAsia="ko-KR"/>
        </w:rPr>
        <w:t xml:space="preserve"> </w:t>
      </w:r>
      <w:r>
        <w:rPr>
          <w:lang w:eastAsia="ko-KR"/>
        </w:rPr>
        <w:t>원칙</w:t>
      </w:r>
    </w:p>
    <w:p w14:paraId="145A21F6" w14:textId="77777777" w:rsidR="00DF770C" w:rsidRDefault="00AE3CF0">
      <w:pPr>
        <w:rPr>
          <w:lang w:eastAsia="ko-KR"/>
        </w:rPr>
      </w:pP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문서는</w:t>
      </w:r>
      <w:r>
        <w:rPr>
          <w:lang w:eastAsia="ko-KR"/>
        </w:rPr>
        <w:t xml:space="preserve"> </w:t>
      </w:r>
      <w:r>
        <w:rPr>
          <w:lang w:eastAsia="ko-KR"/>
        </w:rPr>
        <w:t>확보된</w:t>
      </w:r>
      <w:r>
        <w:rPr>
          <w:lang w:eastAsia="ko-KR"/>
        </w:rPr>
        <w:t xml:space="preserve"> </w:t>
      </w:r>
      <w:r>
        <w:rPr>
          <w:lang w:eastAsia="ko-KR"/>
        </w:rPr>
        <w:t>원자료에서</w:t>
      </w:r>
      <w:r>
        <w:rPr>
          <w:lang w:eastAsia="ko-KR"/>
        </w:rPr>
        <w:t xml:space="preserve"> </w:t>
      </w:r>
      <w:r>
        <w:rPr>
          <w:lang w:eastAsia="ko-KR"/>
        </w:rPr>
        <w:t>확인되는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성과등급</w:t>
      </w:r>
      <w:r>
        <w:rPr>
          <w:lang w:eastAsia="ko-KR"/>
        </w:rPr>
        <w:t xml:space="preserve"> </w:t>
      </w:r>
      <w:r>
        <w:rPr>
          <w:lang w:eastAsia="ko-KR"/>
        </w:rPr>
        <w:t>분포</w:t>
      </w:r>
      <w:r>
        <w:rPr>
          <w:lang w:eastAsia="ko-KR"/>
        </w:rPr>
        <w:t xml:space="preserve"> </w:t>
      </w:r>
      <w:r>
        <w:rPr>
          <w:lang w:eastAsia="ko-KR"/>
        </w:rPr>
        <w:t>차이를</w:t>
      </w:r>
      <w:r>
        <w:rPr>
          <w:lang w:eastAsia="ko-KR"/>
        </w:rPr>
        <w:t xml:space="preserve"> </w:t>
      </w:r>
      <w:r>
        <w:rPr>
          <w:lang w:eastAsia="ko-KR"/>
        </w:rPr>
        <w:t>기관</w:t>
      </w:r>
      <w:r>
        <w:rPr>
          <w:lang w:eastAsia="ko-KR"/>
        </w:rPr>
        <w:t xml:space="preserve"> </w:t>
      </w:r>
      <w:r>
        <w:rPr>
          <w:lang w:eastAsia="ko-KR"/>
        </w:rPr>
        <w:t>조사</w:t>
      </w:r>
      <w:r>
        <w:rPr>
          <w:lang w:eastAsia="ko-KR"/>
        </w:rPr>
        <w:t xml:space="preserve"> </w:t>
      </w:r>
      <w:r>
        <w:rPr>
          <w:lang w:eastAsia="ko-KR"/>
        </w:rPr>
        <w:t>필요성의</w:t>
      </w:r>
      <w:r>
        <w:rPr>
          <w:lang w:eastAsia="ko-KR"/>
        </w:rPr>
        <w:t xml:space="preserve"> </w:t>
      </w:r>
      <w:r>
        <w:rPr>
          <w:lang w:eastAsia="ko-KR"/>
        </w:rPr>
        <w:t>근거로</w:t>
      </w:r>
      <w:r>
        <w:rPr>
          <w:lang w:eastAsia="ko-KR"/>
        </w:rPr>
        <w:t xml:space="preserve"> </w:t>
      </w:r>
      <w:r>
        <w:rPr>
          <w:lang w:eastAsia="ko-KR"/>
        </w:rPr>
        <w:t>제시하되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차이의</w:t>
      </w:r>
      <w:r>
        <w:rPr>
          <w:lang w:eastAsia="ko-KR"/>
        </w:rPr>
        <w:t xml:space="preserve"> </w:t>
      </w:r>
      <w:r>
        <w:rPr>
          <w:lang w:eastAsia="ko-KR"/>
        </w:rPr>
        <w:t>원인을</w:t>
      </w:r>
      <w:r>
        <w:rPr>
          <w:lang w:eastAsia="ko-KR"/>
        </w:rPr>
        <w:t xml:space="preserve"> </w:t>
      </w:r>
      <w:r>
        <w:rPr>
          <w:lang w:eastAsia="ko-KR"/>
        </w:rPr>
        <w:t>미리</w:t>
      </w:r>
      <w:r>
        <w:rPr>
          <w:lang w:eastAsia="ko-KR"/>
        </w:rPr>
        <w:t xml:space="preserve"> </w:t>
      </w:r>
      <w:r>
        <w:rPr>
          <w:lang w:eastAsia="ko-KR"/>
        </w:rPr>
        <w:t>단정하지</w:t>
      </w:r>
      <w:r>
        <w:rPr>
          <w:lang w:eastAsia="ko-KR"/>
        </w:rPr>
        <w:t xml:space="preserve"> </w:t>
      </w:r>
      <w:r>
        <w:rPr>
          <w:lang w:eastAsia="ko-KR"/>
        </w:rPr>
        <w:t>않는</w:t>
      </w:r>
      <w:r>
        <w:rPr>
          <w:lang w:eastAsia="ko-KR"/>
        </w:rPr>
        <w:t xml:space="preserve"> </w:t>
      </w:r>
      <w:r>
        <w:rPr>
          <w:lang w:eastAsia="ko-KR"/>
        </w:rPr>
        <w:t>방식으로</w:t>
      </w:r>
      <w:r>
        <w:rPr>
          <w:lang w:eastAsia="ko-KR"/>
        </w:rPr>
        <w:t xml:space="preserve"> </w:t>
      </w:r>
      <w:r>
        <w:rPr>
          <w:lang w:eastAsia="ko-KR"/>
        </w:rPr>
        <w:t>구성하였다</w:t>
      </w:r>
      <w:r>
        <w:rPr>
          <w:lang w:eastAsia="ko-KR"/>
        </w:rPr>
        <w:t xml:space="preserve">.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  <w:r>
        <w:rPr>
          <w:lang w:eastAsia="ko-KR"/>
        </w:rPr>
        <w:t xml:space="preserve">, </w:t>
      </w:r>
      <w:r>
        <w:rPr>
          <w:lang w:eastAsia="ko-KR"/>
        </w:rPr>
        <w:t>평가집단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  <w:r>
        <w:rPr>
          <w:lang w:eastAsia="ko-KR"/>
        </w:rPr>
        <w:t xml:space="preserve">, 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직급구성</w:t>
      </w:r>
      <w:r>
        <w:rPr>
          <w:lang w:eastAsia="ko-KR"/>
        </w:rPr>
        <w:t xml:space="preserve">, </w:t>
      </w:r>
      <w:r>
        <w:rPr>
          <w:lang w:eastAsia="ko-KR"/>
        </w:rPr>
        <w:t>평가위원의</w:t>
      </w:r>
      <w:r>
        <w:rPr>
          <w:lang w:eastAsia="ko-KR"/>
        </w:rPr>
        <w:t xml:space="preserve"> </w:t>
      </w:r>
      <w:r>
        <w:rPr>
          <w:lang w:eastAsia="ko-KR"/>
        </w:rPr>
        <w:t>신분</w:t>
      </w:r>
      <w:r>
        <w:rPr>
          <w:lang w:eastAsia="ko-KR"/>
        </w:rPr>
        <w:t>·</w:t>
      </w:r>
      <w:r>
        <w:rPr>
          <w:lang w:eastAsia="ko-KR"/>
        </w:rPr>
        <w:t>계급</w:t>
      </w:r>
      <w:r>
        <w:rPr>
          <w:lang w:eastAsia="ko-KR"/>
        </w:rPr>
        <w:t xml:space="preserve">, </w:t>
      </w:r>
      <w:r>
        <w:rPr>
          <w:lang w:eastAsia="ko-KR"/>
        </w:rPr>
        <w:t>점수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최종등급</w:t>
      </w:r>
      <w:r>
        <w:rPr>
          <w:lang w:eastAsia="ko-KR"/>
        </w:rPr>
        <w:t xml:space="preserve"> </w:t>
      </w:r>
      <w:r>
        <w:rPr>
          <w:lang w:eastAsia="ko-KR"/>
        </w:rPr>
        <w:t>조정내역</w:t>
      </w:r>
      <w:r>
        <w:rPr>
          <w:lang w:eastAsia="ko-KR"/>
        </w:rPr>
        <w:t xml:space="preserve"> </w:t>
      </w:r>
      <w:r>
        <w:rPr>
          <w:lang w:eastAsia="ko-KR"/>
        </w:rPr>
        <w:t>등은</w:t>
      </w:r>
      <w:r>
        <w:rPr>
          <w:lang w:eastAsia="ko-KR"/>
        </w:rPr>
        <w:t xml:space="preserve"> </w:t>
      </w:r>
      <w:r>
        <w:rPr>
          <w:lang w:eastAsia="ko-KR"/>
        </w:rPr>
        <w:t>국방부가</w:t>
      </w:r>
      <w:r>
        <w:rPr>
          <w:lang w:eastAsia="ko-KR"/>
        </w:rPr>
        <w:t xml:space="preserve"> </w:t>
      </w:r>
      <w:r>
        <w:rPr>
          <w:lang w:eastAsia="ko-KR"/>
        </w:rPr>
        <w:t>보유한</w:t>
      </w:r>
      <w:r>
        <w:rPr>
          <w:lang w:eastAsia="ko-KR"/>
        </w:rPr>
        <w:t xml:space="preserve"> </w:t>
      </w:r>
      <w:r>
        <w:rPr>
          <w:lang w:eastAsia="ko-KR"/>
        </w:rPr>
        <w:t>원자료를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추가</w:t>
      </w:r>
      <w:r>
        <w:rPr>
          <w:lang w:eastAsia="ko-KR"/>
        </w:rPr>
        <w:t xml:space="preserve"> </w:t>
      </w:r>
      <w:r>
        <w:rPr>
          <w:lang w:eastAsia="ko-KR"/>
        </w:rPr>
        <w:t>확인하도록</w:t>
      </w:r>
      <w:r>
        <w:rPr>
          <w:lang w:eastAsia="ko-KR"/>
        </w:rPr>
        <w:t xml:space="preserve"> </w:t>
      </w:r>
      <w:r>
        <w:rPr>
          <w:lang w:eastAsia="ko-KR"/>
        </w:rPr>
        <w:t>요청한다</w:t>
      </w:r>
      <w:r>
        <w:rPr>
          <w:lang w:eastAsia="ko-KR"/>
        </w:rPr>
        <w:t>.</w:t>
      </w:r>
    </w:p>
    <w:p w14:paraId="60D590B0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 xml:space="preserve">Ⅰ. </w:t>
      </w:r>
      <w:r>
        <w:rPr>
          <w:lang w:eastAsia="ko-KR"/>
        </w:rPr>
        <w:t>사건</w:t>
      </w:r>
      <w:r>
        <w:rPr>
          <w:lang w:eastAsia="ko-KR"/>
        </w:rPr>
        <w:t xml:space="preserve"> </w:t>
      </w:r>
      <w:r>
        <w:rPr>
          <w:lang w:eastAsia="ko-KR"/>
        </w:rPr>
        <w:t>개요와</w:t>
      </w:r>
      <w:r>
        <w:rPr>
          <w:lang w:eastAsia="ko-KR"/>
        </w:rPr>
        <w:t xml:space="preserve"> </w:t>
      </w:r>
      <w:r>
        <w:rPr>
          <w:lang w:eastAsia="ko-KR"/>
        </w:rPr>
        <w:t>핵심</w:t>
      </w:r>
      <w:r>
        <w:rPr>
          <w:lang w:eastAsia="ko-KR"/>
        </w:rPr>
        <w:t xml:space="preserve"> </w:t>
      </w:r>
      <w:r>
        <w:rPr>
          <w:lang w:eastAsia="ko-KR"/>
        </w:rPr>
        <w:t>문제</w:t>
      </w:r>
    </w:p>
    <w:p w14:paraId="7C1CA439" w14:textId="77777777" w:rsidR="00DF770C" w:rsidRDefault="00AE3CF0">
      <w:pPr>
        <w:rPr>
          <w:lang w:eastAsia="ko-KR"/>
        </w:rPr>
      </w:pP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사안의</w:t>
      </w:r>
      <w:r>
        <w:rPr>
          <w:lang w:eastAsia="ko-KR"/>
        </w:rPr>
        <w:t xml:space="preserve"> </w:t>
      </w:r>
      <w:r>
        <w:rPr>
          <w:lang w:eastAsia="ko-KR"/>
        </w:rPr>
        <w:t>핵심은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자체를</w:t>
      </w:r>
      <w:r>
        <w:rPr>
          <w:lang w:eastAsia="ko-KR"/>
        </w:rPr>
        <w:t xml:space="preserve"> </w:t>
      </w:r>
      <w:r>
        <w:rPr>
          <w:lang w:eastAsia="ko-KR"/>
        </w:rPr>
        <w:t>부정하거나</w:t>
      </w:r>
      <w:r>
        <w:rPr>
          <w:lang w:eastAsia="ko-KR"/>
        </w:rPr>
        <w:t xml:space="preserve"> </w:t>
      </w:r>
      <w:r>
        <w:rPr>
          <w:lang w:eastAsia="ko-KR"/>
        </w:rPr>
        <w:t>특정</w:t>
      </w:r>
      <w:r>
        <w:rPr>
          <w:lang w:eastAsia="ko-KR"/>
        </w:rPr>
        <w:t xml:space="preserve"> </w:t>
      </w:r>
      <w:r>
        <w:rPr>
          <w:lang w:eastAsia="ko-KR"/>
        </w:rPr>
        <w:t>개인에게</w:t>
      </w:r>
      <w:r>
        <w:rPr>
          <w:lang w:eastAsia="ko-KR"/>
        </w:rPr>
        <w:t xml:space="preserve"> </w:t>
      </w:r>
      <w:r>
        <w:rPr>
          <w:lang w:eastAsia="ko-KR"/>
        </w:rPr>
        <w:t>높은</w:t>
      </w:r>
      <w:r>
        <w:rPr>
          <w:lang w:eastAsia="ko-KR"/>
        </w:rPr>
        <w:t xml:space="preserve"> </w:t>
      </w:r>
      <w:r>
        <w:rPr>
          <w:lang w:eastAsia="ko-KR"/>
        </w:rPr>
        <w:t>등급을</w:t>
      </w:r>
      <w:r>
        <w:rPr>
          <w:lang w:eastAsia="ko-KR"/>
        </w:rPr>
        <w:t xml:space="preserve"> </w:t>
      </w:r>
      <w:r>
        <w:rPr>
          <w:lang w:eastAsia="ko-KR"/>
        </w:rPr>
        <w:t>부여해</w:t>
      </w:r>
      <w:r>
        <w:rPr>
          <w:lang w:eastAsia="ko-KR"/>
        </w:rPr>
        <w:t xml:space="preserve"> </w:t>
      </w:r>
      <w:r>
        <w:rPr>
          <w:lang w:eastAsia="ko-KR"/>
        </w:rPr>
        <w:t>달라는</w:t>
      </w:r>
      <w:r>
        <w:rPr>
          <w:lang w:eastAsia="ko-KR"/>
        </w:rPr>
        <w:t xml:space="preserve"> </w:t>
      </w:r>
      <w:r>
        <w:rPr>
          <w:lang w:eastAsia="ko-KR"/>
        </w:rPr>
        <w:t>것이</w:t>
      </w:r>
      <w:r>
        <w:rPr>
          <w:lang w:eastAsia="ko-KR"/>
        </w:rPr>
        <w:t xml:space="preserve"> </w:t>
      </w:r>
      <w:r>
        <w:rPr>
          <w:lang w:eastAsia="ko-KR"/>
        </w:rPr>
        <w:t>아니다</w:t>
      </w:r>
      <w:r>
        <w:rPr>
          <w:lang w:eastAsia="ko-KR"/>
        </w:rPr>
        <w:t xml:space="preserve">. </w:t>
      </w:r>
      <w:r>
        <w:rPr>
          <w:lang w:eastAsia="ko-KR"/>
        </w:rPr>
        <w:t>군인과</w:t>
      </w:r>
      <w:r>
        <w:rPr>
          <w:lang w:eastAsia="ko-KR"/>
        </w:rPr>
        <w:t xml:space="preserve"> </w:t>
      </w:r>
      <w:r>
        <w:rPr>
          <w:lang w:eastAsia="ko-KR"/>
        </w:rPr>
        <w:t>군무원이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사실상</w:t>
      </w:r>
      <w:r>
        <w:rPr>
          <w:lang w:eastAsia="ko-KR"/>
        </w:rPr>
        <w:t xml:space="preserve"> </w:t>
      </w:r>
      <w:r>
        <w:rPr>
          <w:lang w:eastAsia="ko-KR"/>
        </w:rPr>
        <w:t>동일한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평정집단</w:t>
      </w:r>
      <w:r>
        <w:rPr>
          <w:lang w:eastAsia="ko-KR"/>
        </w:rPr>
        <w:t>·</w:t>
      </w:r>
      <w:r>
        <w:rPr>
          <w:lang w:eastAsia="ko-KR"/>
        </w:rPr>
        <w:t>경쟁단위에서</w:t>
      </w:r>
      <w:r>
        <w:rPr>
          <w:lang w:eastAsia="ko-KR"/>
        </w:rPr>
        <w:t xml:space="preserve"> </w:t>
      </w:r>
      <w:r>
        <w:rPr>
          <w:lang w:eastAsia="ko-KR"/>
        </w:rPr>
        <w:t>평가된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, </w:t>
      </w:r>
      <w:r>
        <w:rPr>
          <w:lang w:eastAsia="ko-KR"/>
        </w:rPr>
        <w:t>서로</w:t>
      </w:r>
      <w:r>
        <w:rPr>
          <w:lang w:eastAsia="ko-KR"/>
        </w:rPr>
        <w:t xml:space="preserve"> </w:t>
      </w:r>
      <w:r>
        <w:rPr>
          <w:lang w:eastAsia="ko-KR"/>
        </w:rPr>
        <w:t>다른</w:t>
      </w:r>
      <w:r>
        <w:rPr>
          <w:lang w:eastAsia="ko-KR"/>
        </w:rPr>
        <w:t xml:space="preserve"> </w:t>
      </w:r>
      <w:r>
        <w:rPr>
          <w:lang w:eastAsia="ko-KR"/>
        </w:rPr>
        <w:t>신분</w:t>
      </w:r>
      <w:r>
        <w:rPr>
          <w:lang w:eastAsia="ko-KR"/>
        </w:rPr>
        <w:t>·</w:t>
      </w:r>
      <w:r>
        <w:rPr>
          <w:lang w:eastAsia="ko-KR"/>
        </w:rPr>
        <w:t>인사</w:t>
      </w:r>
      <w:r>
        <w:rPr>
          <w:lang w:eastAsia="ko-KR"/>
        </w:rPr>
        <w:t>·</w:t>
      </w:r>
      <w:r>
        <w:rPr>
          <w:lang w:eastAsia="ko-KR"/>
        </w:rPr>
        <w:t>직급</w:t>
      </w:r>
      <w:r>
        <w:rPr>
          <w:lang w:eastAsia="ko-KR"/>
        </w:rPr>
        <w:t>·</w:t>
      </w:r>
      <w:r>
        <w:rPr>
          <w:lang w:eastAsia="ko-KR"/>
        </w:rPr>
        <w:t>업무체계를</w:t>
      </w:r>
      <w:r>
        <w:rPr>
          <w:lang w:eastAsia="ko-KR"/>
        </w:rPr>
        <w:t xml:space="preserve"> </w:t>
      </w:r>
      <w:r>
        <w:rPr>
          <w:lang w:eastAsia="ko-KR"/>
        </w:rPr>
        <w:t>가진</w:t>
      </w:r>
      <w:r>
        <w:rPr>
          <w:lang w:eastAsia="ko-KR"/>
        </w:rPr>
        <w:t xml:space="preserve"> </w:t>
      </w:r>
      <w:r>
        <w:rPr>
          <w:lang w:eastAsia="ko-KR"/>
        </w:rPr>
        <w:t>두</w:t>
      </w:r>
      <w:r>
        <w:rPr>
          <w:lang w:eastAsia="ko-KR"/>
        </w:rPr>
        <w:t xml:space="preserve"> </w:t>
      </w:r>
      <w:r>
        <w:rPr>
          <w:lang w:eastAsia="ko-KR"/>
        </w:rPr>
        <w:t>집단을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경쟁단위로</w:t>
      </w:r>
      <w:r>
        <w:rPr>
          <w:lang w:eastAsia="ko-KR"/>
        </w:rPr>
        <w:t xml:space="preserve"> </w:t>
      </w:r>
      <w:r>
        <w:rPr>
          <w:lang w:eastAsia="ko-KR"/>
        </w:rPr>
        <w:t>구성한</w:t>
      </w:r>
      <w:r>
        <w:rPr>
          <w:lang w:eastAsia="ko-KR"/>
        </w:rPr>
        <w:t xml:space="preserve"> </w:t>
      </w:r>
      <w:r>
        <w:rPr>
          <w:lang w:eastAsia="ko-KR"/>
        </w:rPr>
        <w:t>근거와</w:t>
      </w:r>
      <w:r>
        <w:rPr>
          <w:lang w:eastAsia="ko-KR"/>
        </w:rPr>
        <w:t xml:space="preserve"> </w:t>
      </w:r>
      <w:r>
        <w:rPr>
          <w:lang w:eastAsia="ko-KR"/>
        </w:rPr>
        <w:t>비교가능성</w:t>
      </w:r>
      <w:r>
        <w:rPr>
          <w:lang w:eastAsia="ko-KR"/>
        </w:rPr>
        <w:t xml:space="preserve">, </w:t>
      </w:r>
      <w:r>
        <w:rPr>
          <w:lang w:eastAsia="ko-KR"/>
        </w:rPr>
        <w:t>절차적</w:t>
      </w:r>
      <w:r>
        <w:rPr>
          <w:lang w:eastAsia="ko-KR"/>
        </w:rPr>
        <w:t xml:space="preserve"> </w:t>
      </w:r>
      <w:r>
        <w:rPr>
          <w:lang w:eastAsia="ko-KR"/>
        </w:rPr>
        <w:t>정당성</w:t>
      </w:r>
      <w:r>
        <w:rPr>
          <w:lang w:eastAsia="ko-KR"/>
        </w:rPr>
        <w:t xml:space="preserve">, </w:t>
      </w:r>
      <w:r>
        <w:rPr>
          <w:lang w:eastAsia="ko-KR"/>
        </w:rPr>
        <w:t>공정성</w:t>
      </w:r>
      <w:r>
        <w:rPr>
          <w:lang w:eastAsia="ko-KR"/>
        </w:rPr>
        <w:t xml:space="preserve"> </w:t>
      </w:r>
      <w:r>
        <w:rPr>
          <w:lang w:eastAsia="ko-KR"/>
        </w:rPr>
        <w:t>보완장치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lang w:eastAsia="ko-KR"/>
        </w:rPr>
        <w:t xml:space="preserve"> </w:t>
      </w:r>
      <w:r>
        <w:rPr>
          <w:lang w:eastAsia="ko-KR"/>
        </w:rPr>
        <w:t>검증해</w:t>
      </w:r>
      <w:r>
        <w:rPr>
          <w:lang w:eastAsia="ko-KR"/>
        </w:rPr>
        <w:t xml:space="preserve"> </w:t>
      </w:r>
      <w:r>
        <w:rPr>
          <w:lang w:eastAsia="ko-KR"/>
        </w:rPr>
        <w:t>달라는</w:t>
      </w:r>
      <w:r>
        <w:rPr>
          <w:lang w:eastAsia="ko-KR"/>
        </w:rPr>
        <w:t xml:space="preserve"> </w:t>
      </w:r>
      <w:r>
        <w:rPr>
          <w:lang w:eastAsia="ko-KR"/>
        </w:rPr>
        <w:t>것이다</w:t>
      </w:r>
      <w:r>
        <w:rPr>
          <w:lang w:eastAsia="ko-KR"/>
        </w:rPr>
        <w:t>.</w:t>
      </w:r>
    </w:p>
    <w:p w14:paraId="71D51B4F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평정</w:t>
      </w:r>
      <w:r>
        <w:rPr>
          <w:lang w:eastAsia="ko-KR"/>
        </w:rPr>
        <w:t>집단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지급단위</w:t>
      </w:r>
      <w:r>
        <w:rPr>
          <w:lang w:eastAsia="ko-KR"/>
        </w:rPr>
        <w:t xml:space="preserve"> </w:t>
      </w:r>
      <w:r>
        <w:rPr>
          <w:lang w:eastAsia="ko-KR"/>
        </w:rPr>
        <w:t>변경의</w:t>
      </w:r>
      <w:r>
        <w:rPr>
          <w:lang w:eastAsia="ko-KR"/>
        </w:rPr>
        <w:t xml:space="preserve"> </w:t>
      </w:r>
      <w:r>
        <w:rPr>
          <w:lang w:eastAsia="ko-KR"/>
        </w:rPr>
        <w:t>근거와</w:t>
      </w:r>
      <w:r>
        <w:rPr>
          <w:lang w:eastAsia="ko-KR"/>
        </w:rPr>
        <w:t xml:space="preserve"> </w:t>
      </w:r>
      <w:r>
        <w:rPr>
          <w:lang w:eastAsia="ko-KR"/>
        </w:rPr>
        <w:t>결정</w:t>
      </w:r>
      <w:r>
        <w:rPr>
          <w:lang w:eastAsia="ko-KR"/>
        </w:rPr>
        <w:t xml:space="preserve"> </w:t>
      </w:r>
      <w:r>
        <w:rPr>
          <w:lang w:eastAsia="ko-KR"/>
        </w:rPr>
        <w:t>시점</w:t>
      </w:r>
    </w:p>
    <w:p w14:paraId="1785A89A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군무원의</w:t>
      </w:r>
      <w:r>
        <w:rPr>
          <w:lang w:eastAsia="ko-KR"/>
        </w:rPr>
        <w:t xml:space="preserve"> </w:t>
      </w:r>
      <w:r>
        <w:rPr>
          <w:lang w:eastAsia="ko-KR"/>
        </w:rPr>
        <w:t>직무성과를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경쟁단위에서</w:t>
      </w:r>
      <w:r>
        <w:rPr>
          <w:lang w:eastAsia="ko-KR"/>
        </w:rPr>
        <w:t xml:space="preserve"> </w:t>
      </w:r>
      <w:r>
        <w:rPr>
          <w:lang w:eastAsia="ko-KR"/>
        </w:rPr>
        <w:t>비교할</w:t>
      </w:r>
      <w:r>
        <w:rPr>
          <w:lang w:eastAsia="ko-KR"/>
        </w:rPr>
        <w:t xml:space="preserve"> </w:t>
      </w:r>
      <w:r>
        <w:rPr>
          <w:lang w:eastAsia="ko-KR"/>
        </w:rPr>
        <w:t>객관적</w:t>
      </w:r>
      <w:r>
        <w:rPr>
          <w:lang w:eastAsia="ko-KR"/>
        </w:rPr>
        <w:t xml:space="preserve"> </w:t>
      </w:r>
      <w:r>
        <w:rPr>
          <w:lang w:eastAsia="ko-KR"/>
        </w:rPr>
        <w:t>기준의</w:t>
      </w:r>
      <w:r>
        <w:rPr>
          <w:lang w:eastAsia="ko-KR"/>
        </w:rPr>
        <w:t xml:space="preserve"> </w:t>
      </w:r>
      <w:r>
        <w:rPr>
          <w:lang w:eastAsia="ko-KR"/>
        </w:rPr>
        <w:t>존재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</w:p>
    <w:p w14:paraId="7DA1DC01" w14:textId="77777777" w:rsidR="00DF770C" w:rsidRDefault="00AE3CF0">
      <w:pPr>
        <w:pStyle w:val="a0"/>
        <w:spacing w:after="40"/>
        <w:rPr>
          <w:lang w:eastAsia="ko-KR"/>
        </w:rPr>
      </w:pPr>
      <w:proofErr w:type="spellStart"/>
      <w:r>
        <w:rPr>
          <w:lang w:eastAsia="ko-KR"/>
        </w:rPr>
        <w:t>평정자</w:t>
      </w:r>
      <w:proofErr w:type="spellEnd"/>
      <w:r>
        <w:rPr>
          <w:lang w:eastAsia="ko-KR"/>
        </w:rPr>
        <w:t>·</w:t>
      </w:r>
      <w:r>
        <w:rPr>
          <w:lang w:eastAsia="ko-KR"/>
        </w:rPr>
        <w:t>평가위원</w:t>
      </w:r>
      <w:r>
        <w:rPr>
          <w:lang w:eastAsia="ko-KR"/>
        </w:rPr>
        <w:t xml:space="preserve"> </w:t>
      </w:r>
      <w:r>
        <w:rPr>
          <w:lang w:eastAsia="ko-KR"/>
        </w:rPr>
        <w:t>구성과</w:t>
      </w:r>
      <w:r>
        <w:rPr>
          <w:lang w:eastAsia="ko-KR"/>
        </w:rPr>
        <w:t xml:space="preserve"> 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참여</w:t>
      </w:r>
      <w:r>
        <w:rPr>
          <w:lang w:eastAsia="ko-KR"/>
        </w:rPr>
        <w:t>·</w:t>
      </w:r>
      <w:r>
        <w:rPr>
          <w:lang w:eastAsia="ko-KR"/>
        </w:rPr>
        <w:t>대표성</w:t>
      </w:r>
    </w:p>
    <w:p w14:paraId="45821E2E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변경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평가기준</w:t>
      </w:r>
      <w:r>
        <w:rPr>
          <w:lang w:eastAsia="ko-KR"/>
        </w:rPr>
        <w:t xml:space="preserve"> </w:t>
      </w:r>
      <w:r>
        <w:rPr>
          <w:lang w:eastAsia="ko-KR"/>
        </w:rPr>
        <w:t>변경에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사전</w:t>
      </w:r>
      <w:r>
        <w:rPr>
          <w:lang w:eastAsia="ko-KR"/>
        </w:rPr>
        <w:t xml:space="preserve"> </w:t>
      </w:r>
      <w:r>
        <w:rPr>
          <w:lang w:eastAsia="ko-KR"/>
        </w:rPr>
        <w:t>고지</w:t>
      </w:r>
      <w:r>
        <w:rPr>
          <w:lang w:eastAsia="ko-KR"/>
        </w:rPr>
        <w:t>·</w:t>
      </w:r>
      <w:r>
        <w:rPr>
          <w:lang w:eastAsia="ko-KR"/>
        </w:rPr>
        <w:t>교육</w:t>
      </w:r>
      <w:r>
        <w:rPr>
          <w:lang w:eastAsia="ko-KR"/>
        </w:rPr>
        <w:t>·</w:t>
      </w:r>
      <w:r>
        <w:rPr>
          <w:lang w:eastAsia="ko-KR"/>
        </w:rPr>
        <w:t>의견수렴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</w:p>
    <w:p w14:paraId="2BCCA274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통합</w:t>
      </w:r>
      <w:r>
        <w:rPr>
          <w:lang w:eastAsia="ko-KR"/>
        </w:rPr>
        <w:t>·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평가집단별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등급분포와</w:t>
      </w:r>
      <w:r>
        <w:rPr>
          <w:lang w:eastAsia="ko-KR"/>
        </w:rPr>
        <w:t xml:space="preserve"> </w:t>
      </w:r>
      <w:r>
        <w:rPr>
          <w:lang w:eastAsia="ko-KR"/>
        </w:rPr>
        <w:t>지급액</w:t>
      </w:r>
      <w:r>
        <w:rPr>
          <w:lang w:eastAsia="ko-KR"/>
        </w:rPr>
        <w:t xml:space="preserve"> </w:t>
      </w:r>
      <w:r>
        <w:rPr>
          <w:lang w:eastAsia="ko-KR"/>
        </w:rPr>
        <w:t>차이</w:t>
      </w:r>
    </w:p>
    <w:p w14:paraId="64810A84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불합리한</w:t>
      </w:r>
      <w:r>
        <w:rPr>
          <w:lang w:eastAsia="ko-KR"/>
        </w:rPr>
        <w:t xml:space="preserve"> </w:t>
      </w:r>
      <w:r>
        <w:rPr>
          <w:lang w:eastAsia="ko-KR"/>
        </w:rPr>
        <w:t>결과가</w:t>
      </w:r>
      <w:r>
        <w:rPr>
          <w:lang w:eastAsia="ko-KR"/>
        </w:rPr>
        <w:t xml:space="preserve"> </w:t>
      </w:r>
      <w:r>
        <w:rPr>
          <w:lang w:eastAsia="ko-KR"/>
        </w:rPr>
        <w:t>확인될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재검토</w:t>
      </w:r>
      <w:r>
        <w:rPr>
          <w:lang w:eastAsia="ko-KR"/>
        </w:rPr>
        <w:t>·</w:t>
      </w:r>
      <w:r>
        <w:rPr>
          <w:lang w:eastAsia="ko-KR"/>
        </w:rPr>
        <w:t>구제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향후</w:t>
      </w:r>
      <w:r>
        <w:rPr>
          <w:lang w:eastAsia="ko-KR"/>
        </w:rPr>
        <w:t xml:space="preserve"> </w:t>
      </w:r>
      <w:r>
        <w:rPr>
          <w:lang w:eastAsia="ko-KR"/>
        </w:rPr>
        <w:t>평가단위</w:t>
      </w:r>
      <w:r>
        <w:rPr>
          <w:lang w:eastAsia="ko-KR"/>
        </w:rPr>
        <w:t xml:space="preserve"> </w:t>
      </w:r>
      <w:r>
        <w:rPr>
          <w:lang w:eastAsia="ko-KR"/>
        </w:rPr>
        <w:t>개선</w:t>
      </w:r>
      <w:r>
        <w:rPr>
          <w:lang w:eastAsia="ko-KR"/>
        </w:rPr>
        <w:t xml:space="preserve"> </w:t>
      </w:r>
      <w:r>
        <w:rPr>
          <w:lang w:eastAsia="ko-KR"/>
        </w:rPr>
        <w:t>필요성</w:t>
      </w:r>
    </w:p>
    <w:p w14:paraId="457D43A4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 xml:space="preserve">Ⅱ. </w:t>
      </w:r>
      <w:r>
        <w:rPr>
          <w:lang w:eastAsia="ko-KR"/>
        </w:rPr>
        <w:t>확보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원자료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분석</w:t>
      </w:r>
      <w:r>
        <w:rPr>
          <w:lang w:eastAsia="ko-KR"/>
        </w:rPr>
        <w:t xml:space="preserve"> </w:t>
      </w:r>
      <w:r>
        <w:rPr>
          <w:lang w:eastAsia="ko-KR"/>
        </w:rPr>
        <w:t>요약</w:t>
      </w:r>
    </w:p>
    <w:p w14:paraId="7198D4AD" w14:textId="77777777" w:rsidR="00DF770C" w:rsidRDefault="00AE3CF0">
      <w:pPr>
        <w:rPr>
          <w:lang w:eastAsia="ko-KR"/>
        </w:rPr>
      </w:pPr>
      <w:r>
        <w:rPr>
          <w:lang w:eastAsia="ko-KR"/>
        </w:rPr>
        <w:t>확보된</w:t>
      </w:r>
      <w:r>
        <w:rPr>
          <w:lang w:eastAsia="ko-KR"/>
        </w:rPr>
        <w:t xml:space="preserve"> </w:t>
      </w:r>
      <w:r>
        <w:rPr>
          <w:lang w:eastAsia="ko-KR"/>
        </w:rPr>
        <w:t>발표자료는</w:t>
      </w:r>
      <w:r>
        <w:rPr>
          <w:lang w:eastAsia="ko-KR"/>
        </w:rPr>
        <w:t xml:space="preserve"> </w:t>
      </w:r>
      <w:r>
        <w:rPr>
          <w:lang w:eastAsia="ko-KR"/>
        </w:rPr>
        <w:t>같은</w:t>
      </w:r>
      <w:r>
        <w:rPr>
          <w:lang w:eastAsia="ko-KR"/>
        </w:rPr>
        <w:t xml:space="preserve"> </w:t>
      </w:r>
      <w:r>
        <w:rPr>
          <w:lang w:eastAsia="ko-KR"/>
        </w:rPr>
        <w:t>부대</w:t>
      </w:r>
      <w:r>
        <w:rPr>
          <w:lang w:eastAsia="ko-KR"/>
        </w:rPr>
        <w:t>·</w:t>
      </w:r>
      <w:r>
        <w:rPr>
          <w:lang w:eastAsia="ko-KR"/>
        </w:rPr>
        <w:t>같은</w:t>
      </w:r>
      <w:r>
        <w:rPr>
          <w:lang w:eastAsia="ko-KR"/>
        </w:rPr>
        <w:t xml:space="preserve"> </w:t>
      </w:r>
      <w:r>
        <w:rPr>
          <w:lang w:eastAsia="ko-KR"/>
        </w:rPr>
        <w:t>연도</w:t>
      </w:r>
      <w:r>
        <w:rPr>
          <w:lang w:eastAsia="ko-KR"/>
        </w:rPr>
        <w:t xml:space="preserve"> </w:t>
      </w:r>
      <w:r>
        <w:rPr>
          <w:lang w:eastAsia="ko-KR"/>
        </w:rPr>
        <w:t>안에서</w:t>
      </w:r>
      <w:r>
        <w:rPr>
          <w:lang w:eastAsia="ko-KR"/>
        </w:rPr>
        <w:t xml:space="preserve"> </w:t>
      </w:r>
      <w:r>
        <w:rPr>
          <w:lang w:eastAsia="ko-KR"/>
        </w:rPr>
        <w:t>군인과</w:t>
      </w:r>
      <w:r>
        <w:rPr>
          <w:lang w:eastAsia="ko-KR"/>
        </w:rPr>
        <w:t xml:space="preserve"> </w:t>
      </w:r>
      <w:r>
        <w:rPr>
          <w:lang w:eastAsia="ko-KR"/>
        </w:rPr>
        <w:t>군무원의</w:t>
      </w:r>
      <w:r>
        <w:rPr>
          <w:lang w:eastAsia="ko-KR"/>
        </w:rPr>
        <w:t xml:space="preserve"> S/A/B/</w:t>
      </w:r>
      <w:r>
        <w:rPr>
          <w:lang w:eastAsia="ko-KR"/>
        </w:rPr>
        <w:t xml:space="preserve">C/D </w:t>
      </w:r>
      <w:r>
        <w:rPr>
          <w:lang w:eastAsia="ko-KR"/>
        </w:rPr>
        <w:t>등급분포를</w:t>
      </w:r>
      <w:r>
        <w:rPr>
          <w:lang w:eastAsia="ko-KR"/>
        </w:rPr>
        <w:t xml:space="preserve"> </w:t>
      </w:r>
      <w:r>
        <w:rPr>
          <w:lang w:eastAsia="ko-KR"/>
        </w:rPr>
        <w:t>비교하고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하방편향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지표</w:t>
      </w:r>
      <w:r>
        <w:rPr>
          <w:lang w:eastAsia="ko-KR"/>
        </w:rPr>
        <w:t xml:space="preserve"> D=(C+D)-(S+A), </w:t>
      </w:r>
      <w:r>
        <w:rPr>
          <w:lang w:eastAsia="ko-KR"/>
        </w:rPr>
        <w:t>신분격차</w:t>
      </w:r>
      <w:r>
        <w:rPr>
          <w:lang w:eastAsia="ko-KR"/>
        </w:rPr>
        <w:t xml:space="preserve"> </w:t>
      </w:r>
      <w:r>
        <w:t>Δ</w:t>
      </w:r>
      <w:r>
        <w:rPr>
          <w:lang w:eastAsia="ko-KR"/>
        </w:rPr>
        <w:t>D=D(</w:t>
      </w:r>
      <w:r>
        <w:rPr>
          <w:lang w:eastAsia="ko-KR"/>
        </w:rPr>
        <w:t>군무원</w:t>
      </w:r>
      <w:r>
        <w:rPr>
          <w:lang w:eastAsia="ko-KR"/>
        </w:rPr>
        <w:t>)-D(</w:t>
      </w:r>
      <w:r>
        <w:rPr>
          <w:lang w:eastAsia="ko-KR"/>
        </w:rPr>
        <w:t>군인</w:t>
      </w:r>
      <w:r>
        <w:rPr>
          <w:lang w:eastAsia="ko-KR"/>
        </w:rPr>
        <w:t>)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사용하였다</w:t>
      </w:r>
      <w:r>
        <w:rPr>
          <w:lang w:eastAsia="ko-KR"/>
        </w:rPr>
        <w:t xml:space="preserve">.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지표는</w:t>
      </w:r>
      <w:r>
        <w:rPr>
          <w:lang w:eastAsia="ko-KR"/>
        </w:rPr>
        <w:t xml:space="preserve"> </w:t>
      </w:r>
      <w:r>
        <w:rPr>
          <w:lang w:eastAsia="ko-KR"/>
        </w:rPr>
        <w:t>원인을</w:t>
      </w:r>
      <w:r>
        <w:rPr>
          <w:lang w:eastAsia="ko-KR"/>
        </w:rPr>
        <w:t xml:space="preserve"> </w:t>
      </w:r>
      <w:r>
        <w:rPr>
          <w:lang w:eastAsia="ko-KR"/>
        </w:rPr>
        <w:t>확정하는</w:t>
      </w:r>
      <w:r>
        <w:rPr>
          <w:lang w:eastAsia="ko-KR"/>
        </w:rPr>
        <w:t xml:space="preserve"> </w:t>
      </w:r>
      <w:r>
        <w:rPr>
          <w:lang w:eastAsia="ko-KR"/>
        </w:rPr>
        <w:t>지표가</w:t>
      </w:r>
      <w:r>
        <w:rPr>
          <w:lang w:eastAsia="ko-KR"/>
        </w:rPr>
        <w:t xml:space="preserve"> </w:t>
      </w:r>
      <w:r>
        <w:rPr>
          <w:lang w:eastAsia="ko-KR"/>
        </w:rPr>
        <w:t>아니라</w:t>
      </w:r>
      <w:r>
        <w:rPr>
          <w:lang w:eastAsia="ko-KR"/>
        </w:rPr>
        <w:t xml:space="preserve"> </w:t>
      </w:r>
      <w:r>
        <w:rPr>
          <w:lang w:eastAsia="ko-KR"/>
        </w:rPr>
        <w:t>결과의</w:t>
      </w:r>
      <w:r>
        <w:rPr>
          <w:lang w:eastAsia="ko-KR"/>
        </w:rPr>
        <w:t xml:space="preserve"> </w:t>
      </w:r>
      <w:r>
        <w:rPr>
          <w:lang w:eastAsia="ko-KR"/>
        </w:rPr>
        <w:t>비대칭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선별하기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분석지표이다</w:t>
      </w:r>
      <w:r>
        <w:rPr>
          <w:lang w:eastAsia="ko-KR"/>
        </w:rPr>
        <w:t>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993"/>
        <w:gridCol w:w="1992"/>
        <w:gridCol w:w="1992"/>
        <w:gridCol w:w="1992"/>
        <w:gridCol w:w="1993"/>
      </w:tblGrid>
      <w:tr w:rsidR="00DF770C" w14:paraId="6AB0B35C" w14:textId="77777777">
        <w:trPr>
          <w:jc w:val="center"/>
        </w:trPr>
        <w:tc>
          <w:tcPr>
            <w:tcW w:w="1994" w:type="dxa"/>
            <w:shd w:val="clear" w:color="auto" w:fill="D9EAF7"/>
          </w:tcPr>
          <w:p w14:paraId="0F23D27C" w14:textId="77777777" w:rsidR="00DF770C" w:rsidRDefault="00AE3CF0">
            <w:proofErr w:type="spellStart"/>
            <w:r>
              <w:rPr>
                <w:b/>
                <w:sz w:val="18"/>
              </w:rPr>
              <w:lastRenderedPageBreak/>
              <w:t>구분</w:t>
            </w:r>
            <w:proofErr w:type="spellEnd"/>
          </w:p>
        </w:tc>
        <w:tc>
          <w:tcPr>
            <w:tcW w:w="1994" w:type="dxa"/>
            <w:shd w:val="clear" w:color="auto" w:fill="D9EAF7"/>
          </w:tcPr>
          <w:p w14:paraId="6C4E863B" w14:textId="77777777" w:rsidR="00DF770C" w:rsidRDefault="00AE3CF0">
            <w:r>
              <w:rPr>
                <w:b/>
                <w:sz w:val="18"/>
              </w:rPr>
              <w:t>사례수</w:t>
            </w:r>
          </w:p>
        </w:tc>
        <w:tc>
          <w:tcPr>
            <w:tcW w:w="1994" w:type="dxa"/>
            <w:shd w:val="clear" w:color="auto" w:fill="D9EAF7"/>
          </w:tcPr>
          <w:p w14:paraId="1B808590" w14:textId="77777777" w:rsidR="00DF770C" w:rsidRDefault="00AE3CF0">
            <w:r>
              <w:rPr>
                <w:b/>
                <w:sz w:val="18"/>
              </w:rPr>
              <w:t>평균</w:t>
            </w:r>
            <w:r>
              <w:rPr>
                <w:b/>
                <w:sz w:val="18"/>
              </w:rPr>
              <w:t xml:space="preserve"> ΔD</w:t>
            </w:r>
          </w:p>
        </w:tc>
        <w:tc>
          <w:tcPr>
            <w:tcW w:w="1994" w:type="dxa"/>
            <w:shd w:val="clear" w:color="auto" w:fill="D9EAF7"/>
          </w:tcPr>
          <w:p w14:paraId="2C90B02B" w14:textId="77777777" w:rsidR="00DF770C" w:rsidRDefault="00AE3CF0">
            <w:r>
              <w:rPr>
                <w:b/>
                <w:sz w:val="18"/>
              </w:rPr>
              <w:t>중앙값</w:t>
            </w:r>
            <w:r>
              <w:rPr>
                <w:b/>
                <w:sz w:val="18"/>
              </w:rPr>
              <w:t xml:space="preserve"> ΔD</w:t>
            </w:r>
          </w:p>
        </w:tc>
        <w:tc>
          <w:tcPr>
            <w:tcW w:w="1994" w:type="dxa"/>
            <w:shd w:val="clear" w:color="auto" w:fill="D9EAF7"/>
          </w:tcPr>
          <w:p w14:paraId="45C326B4" w14:textId="77777777" w:rsidR="00DF770C" w:rsidRDefault="00AE3CF0">
            <w:r>
              <w:rPr>
                <w:b/>
                <w:sz w:val="18"/>
              </w:rPr>
              <w:t>최대</w:t>
            </w:r>
            <w:r>
              <w:rPr>
                <w:b/>
                <w:sz w:val="18"/>
              </w:rPr>
              <w:t xml:space="preserve"> ΔD</w:t>
            </w:r>
          </w:p>
        </w:tc>
      </w:tr>
      <w:tr w:rsidR="00DF770C" w14:paraId="3B575C63" w14:textId="77777777">
        <w:trPr>
          <w:jc w:val="center"/>
        </w:trPr>
        <w:tc>
          <w:tcPr>
            <w:tcW w:w="1994" w:type="dxa"/>
          </w:tcPr>
          <w:p w14:paraId="17DDC6D0" w14:textId="77777777" w:rsidR="00DF770C" w:rsidRDefault="00AE3CF0">
            <w:r>
              <w:rPr>
                <w:sz w:val="18"/>
              </w:rPr>
              <w:t>비통합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평가</w:t>
            </w:r>
          </w:p>
        </w:tc>
        <w:tc>
          <w:tcPr>
            <w:tcW w:w="1994" w:type="dxa"/>
          </w:tcPr>
          <w:p w14:paraId="3220CCBD" w14:textId="77777777" w:rsidR="00DF770C" w:rsidRDefault="00AE3CF0">
            <w:r>
              <w:rPr>
                <w:sz w:val="18"/>
              </w:rPr>
              <w:t>5</w:t>
            </w:r>
          </w:p>
        </w:tc>
        <w:tc>
          <w:tcPr>
            <w:tcW w:w="1994" w:type="dxa"/>
          </w:tcPr>
          <w:p w14:paraId="2F5B4AD3" w14:textId="77777777" w:rsidR="00DF770C" w:rsidRDefault="00AE3CF0">
            <w:r>
              <w:rPr>
                <w:sz w:val="18"/>
              </w:rPr>
              <w:t>+0.9%p</w:t>
            </w:r>
          </w:p>
        </w:tc>
        <w:tc>
          <w:tcPr>
            <w:tcW w:w="1994" w:type="dxa"/>
          </w:tcPr>
          <w:p w14:paraId="5C524429" w14:textId="77777777" w:rsidR="00DF770C" w:rsidRDefault="00AE3CF0">
            <w:r>
              <w:rPr>
                <w:sz w:val="18"/>
              </w:rPr>
              <w:t>+0.5%p</w:t>
            </w:r>
          </w:p>
        </w:tc>
        <w:tc>
          <w:tcPr>
            <w:tcW w:w="1994" w:type="dxa"/>
          </w:tcPr>
          <w:p w14:paraId="5B0DCBFC" w14:textId="77777777" w:rsidR="00DF770C" w:rsidRDefault="00AE3CF0">
            <w:r>
              <w:rPr>
                <w:sz w:val="18"/>
              </w:rPr>
              <w:t>+2.6%p</w:t>
            </w:r>
          </w:p>
        </w:tc>
      </w:tr>
      <w:tr w:rsidR="00DF770C" w14:paraId="55DA7DEA" w14:textId="77777777">
        <w:trPr>
          <w:jc w:val="center"/>
        </w:trPr>
        <w:tc>
          <w:tcPr>
            <w:tcW w:w="1994" w:type="dxa"/>
          </w:tcPr>
          <w:p w14:paraId="218013A4" w14:textId="77777777" w:rsidR="00DF770C" w:rsidRDefault="00AE3CF0">
            <w:r>
              <w:rPr>
                <w:sz w:val="18"/>
              </w:rPr>
              <w:t>통합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평가</w:t>
            </w:r>
          </w:p>
        </w:tc>
        <w:tc>
          <w:tcPr>
            <w:tcW w:w="1994" w:type="dxa"/>
          </w:tcPr>
          <w:p w14:paraId="497E2D9B" w14:textId="77777777" w:rsidR="00DF770C" w:rsidRDefault="00AE3CF0">
            <w:r>
              <w:rPr>
                <w:sz w:val="18"/>
              </w:rPr>
              <w:t>9</w:t>
            </w:r>
          </w:p>
        </w:tc>
        <w:tc>
          <w:tcPr>
            <w:tcW w:w="1994" w:type="dxa"/>
          </w:tcPr>
          <w:p w14:paraId="08A8618A" w14:textId="77777777" w:rsidR="00DF770C" w:rsidRDefault="00AE3CF0">
            <w:r>
              <w:rPr>
                <w:sz w:val="18"/>
              </w:rPr>
              <w:t>+7.4%p</w:t>
            </w:r>
          </w:p>
        </w:tc>
        <w:tc>
          <w:tcPr>
            <w:tcW w:w="1994" w:type="dxa"/>
          </w:tcPr>
          <w:p w14:paraId="3EB29086" w14:textId="77777777" w:rsidR="00DF770C" w:rsidRDefault="00AE3CF0">
            <w:r>
              <w:rPr>
                <w:sz w:val="18"/>
              </w:rPr>
              <w:t>+0.0%p</w:t>
            </w:r>
          </w:p>
        </w:tc>
        <w:tc>
          <w:tcPr>
            <w:tcW w:w="1994" w:type="dxa"/>
          </w:tcPr>
          <w:p w14:paraId="635F30A8" w14:textId="77777777" w:rsidR="00DF770C" w:rsidRDefault="00AE3CF0">
            <w:r>
              <w:rPr>
                <w:sz w:val="18"/>
              </w:rPr>
              <w:t>+27.5%p</w:t>
            </w:r>
          </w:p>
        </w:tc>
      </w:tr>
    </w:tbl>
    <w:p w14:paraId="3A1D4E87" w14:textId="77777777" w:rsidR="00DF770C" w:rsidRDefault="00DF770C"/>
    <w:p w14:paraId="115A66B0" w14:textId="77777777" w:rsidR="00DF770C" w:rsidRDefault="00AE3CF0">
      <w:pPr>
        <w:rPr>
          <w:lang w:eastAsia="ko-KR"/>
        </w:rPr>
      </w:pPr>
      <w:r>
        <w:rPr>
          <w:lang w:eastAsia="ko-KR"/>
        </w:rPr>
        <w:t>통합평가</w:t>
      </w:r>
      <w:r>
        <w:rPr>
          <w:lang w:eastAsia="ko-KR"/>
        </w:rPr>
        <w:t xml:space="preserve"> </w:t>
      </w:r>
      <w:r>
        <w:rPr>
          <w:lang w:eastAsia="ko-KR"/>
        </w:rPr>
        <w:t>사례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일부에서</w:t>
      </w:r>
      <w:r>
        <w:rPr>
          <w:lang w:eastAsia="ko-KR"/>
        </w:rPr>
        <w:t xml:space="preserve"> 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하방편향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격차가</w:t>
      </w:r>
      <w:r>
        <w:rPr>
          <w:lang w:eastAsia="ko-KR"/>
        </w:rPr>
        <w:t xml:space="preserve"> </w:t>
      </w:r>
      <w:r>
        <w:rPr>
          <w:lang w:eastAsia="ko-KR"/>
        </w:rPr>
        <w:t>크게</w:t>
      </w:r>
      <w:r>
        <w:rPr>
          <w:lang w:eastAsia="ko-KR"/>
        </w:rPr>
        <w:t xml:space="preserve"> </w:t>
      </w:r>
      <w:r>
        <w:rPr>
          <w:lang w:eastAsia="ko-KR"/>
        </w:rPr>
        <w:t>관찰되었으나</w:t>
      </w:r>
      <w:r>
        <w:rPr>
          <w:lang w:eastAsia="ko-KR"/>
        </w:rPr>
        <w:t xml:space="preserve">, </w:t>
      </w:r>
      <w:r>
        <w:rPr>
          <w:lang w:eastAsia="ko-KR"/>
        </w:rPr>
        <w:t>통합평가</w:t>
      </w:r>
      <w:r>
        <w:rPr>
          <w:lang w:eastAsia="ko-KR"/>
        </w:rPr>
        <w:t xml:space="preserve"> </w:t>
      </w:r>
      <w:r>
        <w:rPr>
          <w:lang w:eastAsia="ko-KR"/>
        </w:rPr>
        <w:t>사례</w:t>
      </w:r>
      <w:r>
        <w:rPr>
          <w:lang w:eastAsia="ko-KR"/>
        </w:rPr>
        <w:t xml:space="preserve"> </w:t>
      </w:r>
      <w:r>
        <w:rPr>
          <w:lang w:eastAsia="ko-KR"/>
        </w:rPr>
        <w:t>중에서도</w:t>
      </w:r>
      <w:r>
        <w:rPr>
          <w:lang w:eastAsia="ko-KR"/>
        </w:rPr>
        <w:t xml:space="preserve"> </w:t>
      </w:r>
      <w:r>
        <w:rPr>
          <w:lang w:eastAsia="ko-KR"/>
        </w:rPr>
        <w:t>균형</w:t>
      </w:r>
      <w:r>
        <w:rPr>
          <w:lang w:eastAsia="ko-KR"/>
        </w:rPr>
        <w:t xml:space="preserve"> </w:t>
      </w:r>
      <w:r>
        <w:rPr>
          <w:lang w:eastAsia="ko-KR"/>
        </w:rPr>
        <w:t>사례가</w:t>
      </w:r>
      <w:r>
        <w:rPr>
          <w:lang w:eastAsia="ko-KR"/>
        </w:rPr>
        <w:t xml:space="preserve"> </w:t>
      </w:r>
      <w:r>
        <w:rPr>
          <w:lang w:eastAsia="ko-KR"/>
        </w:rPr>
        <w:t>존재한다</w:t>
      </w:r>
      <w:r>
        <w:rPr>
          <w:lang w:eastAsia="ko-KR"/>
        </w:rPr>
        <w:t xml:space="preserve">. </w:t>
      </w:r>
      <w:r>
        <w:rPr>
          <w:lang w:eastAsia="ko-KR"/>
        </w:rPr>
        <w:t>따라서</w:t>
      </w:r>
      <w:r>
        <w:rPr>
          <w:lang w:eastAsia="ko-KR"/>
        </w:rPr>
        <w:t xml:space="preserve"> </w:t>
      </w:r>
      <w:r>
        <w:rPr>
          <w:lang w:eastAsia="ko-KR"/>
        </w:rPr>
        <w:t>현재</w:t>
      </w:r>
      <w:r>
        <w:rPr>
          <w:lang w:eastAsia="ko-KR"/>
        </w:rPr>
        <w:t xml:space="preserve"> </w:t>
      </w:r>
      <w:r>
        <w:rPr>
          <w:lang w:eastAsia="ko-KR"/>
        </w:rPr>
        <w:t>자료만으로</w:t>
      </w:r>
      <w:r>
        <w:rPr>
          <w:lang w:eastAsia="ko-KR"/>
        </w:rPr>
        <w:t xml:space="preserve"> </w:t>
      </w:r>
      <w:r>
        <w:rPr>
          <w:lang w:eastAsia="ko-KR"/>
        </w:rPr>
        <w:t>통합평가</w:t>
      </w:r>
      <w:r>
        <w:rPr>
          <w:lang w:eastAsia="ko-KR"/>
        </w:rPr>
        <w:t xml:space="preserve"> </w:t>
      </w:r>
      <w:r>
        <w:rPr>
          <w:lang w:eastAsia="ko-KR"/>
        </w:rPr>
        <w:t>자체가</w:t>
      </w:r>
      <w:r>
        <w:rPr>
          <w:lang w:eastAsia="ko-KR"/>
        </w:rPr>
        <w:t xml:space="preserve"> </w:t>
      </w:r>
      <w:r>
        <w:rPr>
          <w:lang w:eastAsia="ko-KR"/>
        </w:rPr>
        <w:t>언제나</w:t>
      </w:r>
      <w:r>
        <w:rPr>
          <w:lang w:eastAsia="ko-KR"/>
        </w:rPr>
        <w:t xml:space="preserve"> </w:t>
      </w:r>
      <w:r>
        <w:rPr>
          <w:lang w:eastAsia="ko-KR"/>
        </w:rPr>
        <w:t>불이익을</w:t>
      </w:r>
      <w:r>
        <w:rPr>
          <w:lang w:eastAsia="ko-KR"/>
        </w:rPr>
        <w:t xml:space="preserve"> </w:t>
      </w:r>
      <w:r>
        <w:rPr>
          <w:lang w:eastAsia="ko-KR"/>
        </w:rPr>
        <w:t>발생시킨다고</w:t>
      </w:r>
      <w:r>
        <w:rPr>
          <w:lang w:eastAsia="ko-KR"/>
        </w:rPr>
        <w:t xml:space="preserve"> </w:t>
      </w:r>
      <w:r>
        <w:rPr>
          <w:lang w:eastAsia="ko-KR"/>
        </w:rPr>
        <w:t>단정하기보다</w:t>
      </w:r>
      <w:r>
        <w:rPr>
          <w:lang w:eastAsia="ko-KR"/>
        </w:rPr>
        <w:t xml:space="preserve">,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평가집단</w:t>
      </w:r>
      <w:r>
        <w:rPr>
          <w:lang w:eastAsia="ko-KR"/>
        </w:rPr>
        <w:t>·</w:t>
      </w:r>
      <w:r>
        <w:rPr>
          <w:lang w:eastAsia="ko-KR"/>
        </w:rPr>
        <w:t>인원구성</w:t>
      </w:r>
      <w:r>
        <w:rPr>
          <w:lang w:eastAsia="ko-KR"/>
        </w:rPr>
        <w:t>·</w:t>
      </w:r>
      <w:r>
        <w:rPr>
          <w:lang w:eastAsia="ko-KR"/>
        </w:rPr>
        <w:t>평정구조에서</w:t>
      </w:r>
      <w:r>
        <w:rPr>
          <w:lang w:eastAsia="ko-KR"/>
        </w:rPr>
        <w:t xml:space="preserve"> </w:t>
      </w:r>
      <w:r>
        <w:rPr>
          <w:lang w:eastAsia="ko-KR"/>
        </w:rPr>
        <w:t>격차가</w:t>
      </w:r>
      <w:r>
        <w:rPr>
          <w:lang w:eastAsia="ko-KR"/>
        </w:rPr>
        <w:t xml:space="preserve"> </w:t>
      </w:r>
      <w:r>
        <w:rPr>
          <w:lang w:eastAsia="ko-KR"/>
        </w:rPr>
        <w:t>커지는지를</w:t>
      </w:r>
      <w:r>
        <w:rPr>
          <w:lang w:eastAsia="ko-KR"/>
        </w:rPr>
        <w:t xml:space="preserve"> </w:t>
      </w:r>
      <w:r>
        <w:rPr>
          <w:lang w:eastAsia="ko-KR"/>
        </w:rPr>
        <w:t>조사할</w:t>
      </w:r>
      <w:r>
        <w:rPr>
          <w:lang w:eastAsia="ko-KR"/>
        </w:rPr>
        <w:t xml:space="preserve"> </w:t>
      </w:r>
      <w:r>
        <w:rPr>
          <w:lang w:eastAsia="ko-KR"/>
        </w:rPr>
        <w:t>필요가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>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993"/>
        <w:gridCol w:w="1993"/>
        <w:gridCol w:w="1992"/>
        <w:gridCol w:w="1992"/>
        <w:gridCol w:w="1992"/>
      </w:tblGrid>
      <w:tr w:rsidR="00DF770C" w14:paraId="075F0FAC" w14:textId="77777777">
        <w:trPr>
          <w:jc w:val="center"/>
        </w:trPr>
        <w:tc>
          <w:tcPr>
            <w:tcW w:w="1994" w:type="dxa"/>
            <w:shd w:val="clear" w:color="auto" w:fill="D9EAF7"/>
          </w:tcPr>
          <w:p w14:paraId="54223904" w14:textId="77777777" w:rsidR="00DF770C" w:rsidRDefault="00AE3CF0">
            <w:proofErr w:type="spellStart"/>
            <w:r>
              <w:rPr>
                <w:b/>
                <w:sz w:val="18"/>
              </w:rPr>
              <w:t>부대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연도</w:t>
            </w:r>
            <w:proofErr w:type="spellEnd"/>
          </w:p>
        </w:tc>
        <w:tc>
          <w:tcPr>
            <w:tcW w:w="1994" w:type="dxa"/>
            <w:shd w:val="clear" w:color="auto" w:fill="D9EAF7"/>
          </w:tcPr>
          <w:p w14:paraId="3FF22871" w14:textId="77777777" w:rsidR="00DF770C" w:rsidRDefault="00AE3CF0">
            <w:r>
              <w:rPr>
                <w:b/>
                <w:sz w:val="18"/>
              </w:rPr>
              <w:t>평가표시</w:t>
            </w:r>
          </w:p>
        </w:tc>
        <w:tc>
          <w:tcPr>
            <w:tcW w:w="1994" w:type="dxa"/>
            <w:shd w:val="clear" w:color="auto" w:fill="D9EAF7"/>
          </w:tcPr>
          <w:p w14:paraId="480656A9" w14:textId="77777777" w:rsidR="00DF770C" w:rsidRDefault="00AE3CF0">
            <w:r>
              <w:rPr>
                <w:b/>
                <w:sz w:val="18"/>
              </w:rPr>
              <w:t>군인</w:t>
            </w:r>
            <w:r>
              <w:rPr>
                <w:b/>
                <w:sz w:val="18"/>
              </w:rPr>
              <w:t xml:space="preserve"> D</w:t>
            </w:r>
          </w:p>
        </w:tc>
        <w:tc>
          <w:tcPr>
            <w:tcW w:w="1994" w:type="dxa"/>
            <w:shd w:val="clear" w:color="auto" w:fill="D9EAF7"/>
          </w:tcPr>
          <w:p w14:paraId="3637628B" w14:textId="77777777" w:rsidR="00DF770C" w:rsidRDefault="00AE3CF0">
            <w:r>
              <w:rPr>
                <w:b/>
                <w:sz w:val="18"/>
              </w:rPr>
              <w:t>군무원</w:t>
            </w:r>
            <w:r>
              <w:rPr>
                <w:b/>
                <w:sz w:val="18"/>
              </w:rPr>
              <w:t xml:space="preserve"> D</w:t>
            </w:r>
          </w:p>
        </w:tc>
        <w:tc>
          <w:tcPr>
            <w:tcW w:w="1994" w:type="dxa"/>
            <w:shd w:val="clear" w:color="auto" w:fill="D9EAF7"/>
          </w:tcPr>
          <w:p w14:paraId="05CC3D79" w14:textId="77777777" w:rsidR="00DF770C" w:rsidRDefault="00AE3CF0">
            <w:r>
              <w:rPr>
                <w:b/>
                <w:sz w:val="18"/>
              </w:rPr>
              <w:t>ΔD</w:t>
            </w:r>
          </w:p>
        </w:tc>
      </w:tr>
      <w:tr w:rsidR="00DF770C" w14:paraId="4B23B49C" w14:textId="77777777">
        <w:trPr>
          <w:jc w:val="center"/>
        </w:trPr>
        <w:tc>
          <w:tcPr>
            <w:tcW w:w="1994" w:type="dxa"/>
          </w:tcPr>
          <w:p w14:paraId="64E8DC40" w14:textId="3E8BED59" w:rsidR="00DF770C" w:rsidRDefault="00B53F18">
            <w:proofErr w:type="spellStart"/>
            <w:r>
              <w:rPr>
                <w:rFonts w:hint="eastAsia"/>
                <w:sz w:val="18"/>
                <w:lang w:eastAsia="ko-KR"/>
              </w:rPr>
              <w:t>A</w:t>
            </w:r>
            <w:r w:rsidR="00AE3CF0">
              <w:rPr>
                <w:sz w:val="18"/>
              </w:rPr>
              <w:t>여단</w:t>
            </w:r>
            <w:proofErr w:type="spellEnd"/>
            <w:r w:rsidR="00AE3CF0">
              <w:rPr>
                <w:sz w:val="18"/>
              </w:rPr>
              <w:t xml:space="preserve"> 2024</w:t>
            </w:r>
          </w:p>
        </w:tc>
        <w:tc>
          <w:tcPr>
            <w:tcW w:w="1994" w:type="dxa"/>
          </w:tcPr>
          <w:p w14:paraId="545667E1" w14:textId="77777777" w:rsidR="00DF770C" w:rsidRDefault="00AE3CF0">
            <w:r>
              <w:rPr>
                <w:sz w:val="18"/>
              </w:rPr>
              <w:t>통합</w:t>
            </w:r>
            <w:r>
              <w:rPr>
                <w:sz w:val="18"/>
              </w:rPr>
              <w:t xml:space="preserve"> ○</w:t>
            </w:r>
          </w:p>
        </w:tc>
        <w:tc>
          <w:tcPr>
            <w:tcW w:w="1994" w:type="dxa"/>
          </w:tcPr>
          <w:p w14:paraId="11DBFA68" w14:textId="77777777" w:rsidR="00DF770C" w:rsidRDefault="00AE3CF0">
            <w:r>
              <w:rPr>
                <w:sz w:val="18"/>
              </w:rPr>
              <w:t>-1.0%p</w:t>
            </w:r>
          </w:p>
        </w:tc>
        <w:tc>
          <w:tcPr>
            <w:tcW w:w="1994" w:type="dxa"/>
          </w:tcPr>
          <w:p w14:paraId="3F222F30" w14:textId="77777777" w:rsidR="00DF770C" w:rsidRDefault="00AE3CF0">
            <w:r>
              <w:rPr>
                <w:sz w:val="18"/>
              </w:rPr>
              <w:t>+13.6%p</w:t>
            </w:r>
          </w:p>
        </w:tc>
        <w:tc>
          <w:tcPr>
            <w:tcW w:w="1994" w:type="dxa"/>
          </w:tcPr>
          <w:p w14:paraId="1D792240" w14:textId="77777777" w:rsidR="00DF770C" w:rsidRDefault="00AE3CF0">
            <w:r>
              <w:rPr>
                <w:sz w:val="18"/>
              </w:rPr>
              <w:t>+14.6%p</w:t>
            </w:r>
          </w:p>
        </w:tc>
      </w:tr>
      <w:tr w:rsidR="00DF770C" w14:paraId="33AE2B5E" w14:textId="77777777">
        <w:trPr>
          <w:jc w:val="center"/>
        </w:trPr>
        <w:tc>
          <w:tcPr>
            <w:tcW w:w="1994" w:type="dxa"/>
          </w:tcPr>
          <w:p w14:paraId="33D4A9D3" w14:textId="21FF822E" w:rsidR="00DF770C" w:rsidRDefault="00B53F18">
            <w:proofErr w:type="spellStart"/>
            <w:r>
              <w:rPr>
                <w:rFonts w:hint="eastAsia"/>
                <w:sz w:val="18"/>
                <w:lang w:eastAsia="ko-KR"/>
              </w:rPr>
              <w:t>A</w:t>
            </w:r>
            <w:r w:rsidR="00AE3CF0">
              <w:rPr>
                <w:sz w:val="18"/>
              </w:rPr>
              <w:t>여단</w:t>
            </w:r>
            <w:proofErr w:type="spellEnd"/>
            <w:r w:rsidR="00AE3CF0">
              <w:rPr>
                <w:sz w:val="18"/>
              </w:rPr>
              <w:t xml:space="preserve"> 2026</w:t>
            </w:r>
          </w:p>
        </w:tc>
        <w:tc>
          <w:tcPr>
            <w:tcW w:w="1994" w:type="dxa"/>
          </w:tcPr>
          <w:p w14:paraId="0083E5BD" w14:textId="77777777" w:rsidR="00DF770C" w:rsidRDefault="00AE3CF0">
            <w:r>
              <w:rPr>
                <w:sz w:val="18"/>
              </w:rPr>
              <w:t>통합</w:t>
            </w:r>
            <w:r>
              <w:rPr>
                <w:sz w:val="18"/>
              </w:rPr>
              <w:t xml:space="preserve"> ○</w:t>
            </w:r>
          </w:p>
        </w:tc>
        <w:tc>
          <w:tcPr>
            <w:tcW w:w="1994" w:type="dxa"/>
          </w:tcPr>
          <w:p w14:paraId="5F112E38" w14:textId="77777777" w:rsidR="00DF770C" w:rsidRDefault="00AE3CF0">
            <w:r>
              <w:rPr>
                <w:sz w:val="18"/>
              </w:rPr>
              <w:t>-1.5%p</w:t>
            </w:r>
          </w:p>
        </w:tc>
        <w:tc>
          <w:tcPr>
            <w:tcW w:w="1994" w:type="dxa"/>
          </w:tcPr>
          <w:p w14:paraId="3126FAC7" w14:textId="77777777" w:rsidR="00DF770C" w:rsidRDefault="00AE3CF0">
            <w:r>
              <w:rPr>
                <w:sz w:val="18"/>
              </w:rPr>
              <w:t>+24.0%p</w:t>
            </w:r>
          </w:p>
        </w:tc>
        <w:tc>
          <w:tcPr>
            <w:tcW w:w="1994" w:type="dxa"/>
          </w:tcPr>
          <w:p w14:paraId="3F6F80D4" w14:textId="77777777" w:rsidR="00DF770C" w:rsidRDefault="00AE3CF0">
            <w:r>
              <w:rPr>
                <w:sz w:val="18"/>
              </w:rPr>
              <w:t>+25.5%p</w:t>
            </w:r>
          </w:p>
        </w:tc>
      </w:tr>
      <w:tr w:rsidR="00DF770C" w14:paraId="0736556E" w14:textId="77777777">
        <w:trPr>
          <w:jc w:val="center"/>
        </w:trPr>
        <w:tc>
          <w:tcPr>
            <w:tcW w:w="1994" w:type="dxa"/>
          </w:tcPr>
          <w:p w14:paraId="3BC293A2" w14:textId="71DB0525" w:rsidR="00DF770C" w:rsidRDefault="00B53F18">
            <w:proofErr w:type="spellStart"/>
            <w:r>
              <w:rPr>
                <w:rFonts w:hint="eastAsia"/>
                <w:sz w:val="18"/>
                <w:lang w:eastAsia="ko-KR"/>
              </w:rPr>
              <w:t>B</w:t>
            </w:r>
            <w:r w:rsidR="00AE3CF0">
              <w:rPr>
                <w:sz w:val="18"/>
              </w:rPr>
              <w:t>단</w:t>
            </w:r>
            <w:proofErr w:type="spellEnd"/>
            <w:r w:rsidR="00AE3CF0">
              <w:rPr>
                <w:sz w:val="18"/>
              </w:rPr>
              <w:t xml:space="preserve"> 2026</w:t>
            </w:r>
          </w:p>
        </w:tc>
        <w:tc>
          <w:tcPr>
            <w:tcW w:w="1994" w:type="dxa"/>
          </w:tcPr>
          <w:p w14:paraId="32A68991" w14:textId="77777777" w:rsidR="00DF770C" w:rsidRDefault="00AE3CF0">
            <w:r>
              <w:rPr>
                <w:sz w:val="18"/>
              </w:rPr>
              <w:t>통합</w:t>
            </w:r>
            <w:r>
              <w:rPr>
                <w:sz w:val="18"/>
              </w:rPr>
              <w:t xml:space="preserve"> ○</w:t>
            </w:r>
          </w:p>
        </w:tc>
        <w:tc>
          <w:tcPr>
            <w:tcW w:w="1994" w:type="dxa"/>
          </w:tcPr>
          <w:p w14:paraId="39F83FBD" w14:textId="77777777" w:rsidR="00DF770C" w:rsidRDefault="00AE3CF0">
            <w:r>
              <w:rPr>
                <w:sz w:val="18"/>
              </w:rPr>
              <w:t>-3.5%p</w:t>
            </w:r>
          </w:p>
        </w:tc>
        <w:tc>
          <w:tcPr>
            <w:tcW w:w="1994" w:type="dxa"/>
          </w:tcPr>
          <w:p w14:paraId="03B21B1E" w14:textId="77777777" w:rsidR="00DF770C" w:rsidRDefault="00AE3CF0">
            <w:r>
              <w:rPr>
                <w:sz w:val="18"/>
              </w:rPr>
              <w:t>+24.0%p</w:t>
            </w:r>
          </w:p>
        </w:tc>
        <w:tc>
          <w:tcPr>
            <w:tcW w:w="1994" w:type="dxa"/>
          </w:tcPr>
          <w:p w14:paraId="62C6FF20" w14:textId="77777777" w:rsidR="00DF770C" w:rsidRDefault="00AE3CF0">
            <w:r>
              <w:rPr>
                <w:sz w:val="18"/>
              </w:rPr>
              <w:t>+27.5%p</w:t>
            </w:r>
          </w:p>
        </w:tc>
      </w:tr>
      <w:tr w:rsidR="00DF770C" w14:paraId="1022F05A" w14:textId="77777777">
        <w:trPr>
          <w:jc w:val="center"/>
        </w:trPr>
        <w:tc>
          <w:tcPr>
            <w:tcW w:w="1994" w:type="dxa"/>
          </w:tcPr>
          <w:p w14:paraId="4A781887" w14:textId="3BAEB0EE" w:rsidR="00DF770C" w:rsidRDefault="00B53F18">
            <w:proofErr w:type="spellStart"/>
            <w:r>
              <w:rPr>
                <w:rFonts w:hint="eastAsia"/>
                <w:sz w:val="18"/>
                <w:lang w:eastAsia="ko-KR"/>
              </w:rPr>
              <w:t>C</w:t>
            </w:r>
            <w:r w:rsidR="00AE3CF0">
              <w:rPr>
                <w:sz w:val="18"/>
              </w:rPr>
              <w:t>사단</w:t>
            </w:r>
            <w:proofErr w:type="spellEnd"/>
            <w:r w:rsidR="00AE3CF0">
              <w:rPr>
                <w:sz w:val="18"/>
              </w:rPr>
              <w:t xml:space="preserve"> 2025</w:t>
            </w:r>
          </w:p>
        </w:tc>
        <w:tc>
          <w:tcPr>
            <w:tcW w:w="1994" w:type="dxa"/>
          </w:tcPr>
          <w:p w14:paraId="7C51DC64" w14:textId="77777777" w:rsidR="00DF770C" w:rsidRDefault="00AE3CF0">
            <w:r>
              <w:rPr>
                <w:sz w:val="18"/>
              </w:rPr>
              <w:t>비통합</w:t>
            </w:r>
            <w:r>
              <w:rPr>
                <w:sz w:val="18"/>
              </w:rPr>
              <w:t xml:space="preserve"> ×</w:t>
            </w:r>
          </w:p>
        </w:tc>
        <w:tc>
          <w:tcPr>
            <w:tcW w:w="1994" w:type="dxa"/>
          </w:tcPr>
          <w:p w14:paraId="6B80D100" w14:textId="77777777" w:rsidR="00DF770C" w:rsidRDefault="00AE3CF0">
            <w:r>
              <w:rPr>
                <w:sz w:val="18"/>
              </w:rPr>
              <w:t>+0.0%p</w:t>
            </w:r>
          </w:p>
        </w:tc>
        <w:tc>
          <w:tcPr>
            <w:tcW w:w="1994" w:type="dxa"/>
          </w:tcPr>
          <w:p w14:paraId="47DEE3C3" w14:textId="77777777" w:rsidR="00DF770C" w:rsidRDefault="00AE3CF0">
            <w:r>
              <w:rPr>
                <w:sz w:val="18"/>
              </w:rPr>
              <w:t>+2.6%p</w:t>
            </w:r>
          </w:p>
        </w:tc>
        <w:tc>
          <w:tcPr>
            <w:tcW w:w="1994" w:type="dxa"/>
          </w:tcPr>
          <w:p w14:paraId="4CD485EF" w14:textId="77777777" w:rsidR="00DF770C" w:rsidRDefault="00AE3CF0">
            <w:r>
              <w:rPr>
                <w:sz w:val="18"/>
              </w:rPr>
              <w:t>+2.6%p</w:t>
            </w:r>
          </w:p>
        </w:tc>
      </w:tr>
      <w:tr w:rsidR="00DF770C" w14:paraId="49CC6486" w14:textId="77777777">
        <w:trPr>
          <w:jc w:val="center"/>
        </w:trPr>
        <w:tc>
          <w:tcPr>
            <w:tcW w:w="1994" w:type="dxa"/>
          </w:tcPr>
          <w:p w14:paraId="276B6DF6" w14:textId="0B6B20CB" w:rsidR="00DF770C" w:rsidRDefault="00B53F18">
            <w:proofErr w:type="spellStart"/>
            <w:r>
              <w:rPr>
                <w:rFonts w:hint="eastAsia"/>
                <w:sz w:val="18"/>
                <w:lang w:eastAsia="ko-KR"/>
              </w:rPr>
              <w:t>D</w:t>
            </w:r>
            <w:r w:rsidR="00AE3CF0">
              <w:rPr>
                <w:sz w:val="18"/>
              </w:rPr>
              <w:t>대대</w:t>
            </w:r>
            <w:proofErr w:type="spellEnd"/>
            <w:r w:rsidR="00AE3CF0">
              <w:rPr>
                <w:sz w:val="18"/>
              </w:rPr>
              <w:t xml:space="preserve"> 2025</w:t>
            </w:r>
          </w:p>
        </w:tc>
        <w:tc>
          <w:tcPr>
            <w:tcW w:w="1994" w:type="dxa"/>
          </w:tcPr>
          <w:p w14:paraId="5F6631DC" w14:textId="77777777" w:rsidR="00DF770C" w:rsidRDefault="00AE3CF0">
            <w:r>
              <w:rPr>
                <w:sz w:val="18"/>
              </w:rPr>
              <w:t>통합</w:t>
            </w:r>
            <w:r>
              <w:rPr>
                <w:sz w:val="18"/>
              </w:rPr>
              <w:t xml:space="preserve"> ○</w:t>
            </w:r>
          </w:p>
        </w:tc>
        <w:tc>
          <w:tcPr>
            <w:tcW w:w="1994" w:type="dxa"/>
          </w:tcPr>
          <w:p w14:paraId="6E93A74D" w14:textId="77777777" w:rsidR="00DF770C" w:rsidRDefault="00AE3CF0">
            <w:r>
              <w:rPr>
                <w:sz w:val="18"/>
              </w:rPr>
              <w:t>+0.0%p</w:t>
            </w:r>
          </w:p>
        </w:tc>
        <w:tc>
          <w:tcPr>
            <w:tcW w:w="1994" w:type="dxa"/>
          </w:tcPr>
          <w:p w14:paraId="318621C5" w14:textId="77777777" w:rsidR="00DF770C" w:rsidRDefault="00AE3CF0">
            <w:r>
              <w:rPr>
                <w:sz w:val="18"/>
              </w:rPr>
              <w:t>+0.0%p</w:t>
            </w:r>
          </w:p>
        </w:tc>
        <w:tc>
          <w:tcPr>
            <w:tcW w:w="1994" w:type="dxa"/>
          </w:tcPr>
          <w:p w14:paraId="01CA5285" w14:textId="77777777" w:rsidR="00DF770C" w:rsidRDefault="00AE3CF0">
            <w:r>
              <w:rPr>
                <w:sz w:val="18"/>
              </w:rPr>
              <w:t>+0.0%p</w:t>
            </w:r>
          </w:p>
        </w:tc>
      </w:tr>
    </w:tbl>
    <w:p w14:paraId="413948F7" w14:textId="77777777" w:rsidR="00DF770C" w:rsidRDefault="00AE3CF0">
      <w:pPr>
        <w:pStyle w:val="21"/>
        <w:rPr>
          <w:lang w:eastAsia="ko-KR"/>
        </w:rPr>
      </w:pPr>
      <w:r>
        <w:rPr>
          <w:lang w:eastAsia="ko-KR"/>
        </w:rPr>
        <w:t>분석상</w:t>
      </w:r>
      <w:r>
        <w:rPr>
          <w:lang w:eastAsia="ko-KR"/>
        </w:rPr>
        <w:t xml:space="preserve"> </w:t>
      </w:r>
      <w:r>
        <w:rPr>
          <w:lang w:eastAsia="ko-KR"/>
        </w:rPr>
        <w:t>특히</w:t>
      </w:r>
      <w:r>
        <w:rPr>
          <w:lang w:eastAsia="ko-KR"/>
        </w:rPr>
        <w:t xml:space="preserve"> </w:t>
      </w:r>
      <w:r>
        <w:rPr>
          <w:lang w:eastAsia="ko-KR"/>
        </w:rPr>
        <w:t>확인이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자료</w:t>
      </w:r>
    </w:p>
    <w:p w14:paraId="4DB105DE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평가집단별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인원수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군무원</w:t>
      </w:r>
      <w:r>
        <w:rPr>
          <w:lang w:eastAsia="ko-KR"/>
        </w:rPr>
        <w:t xml:space="preserve"> 6·7·8·9</w:t>
      </w:r>
      <w:r>
        <w:rPr>
          <w:lang w:eastAsia="ko-KR"/>
        </w:rPr>
        <w:t>급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</w:p>
    <w:p w14:paraId="1B3B0332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평가위원</w:t>
      </w:r>
      <w:r>
        <w:rPr>
          <w:lang w:eastAsia="ko-KR"/>
        </w:rPr>
        <w:t>·</w:t>
      </w:r>
      <w:r>
        <w:rPr>
          <w:lang w:eastAsia="ko-KR"/>
        </w:rPr>
        <w:t>평정권자의</w:t>
      </w:r>
      <w:r>
        <w:rPr>
          <w:lang w:eastAsia="ko-KR"/>
        </w:rPr>
        <w:t xml:space="preserve"> </w:t>
      </w:r>
      <w:r>
        <w:rPr>
          <w:lang w:eastAsia="ko-KR"/>
        </w:rPr>
        <w:t>신분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계급</w:t>
      </w:r>
      <w:r>
        <w:rPr>
          <w:lang w:eastAsia="ko-KR"/>
        </w:rPr>
        <w:t xml:space="preserve">, 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위원</w:t>
      </w:r>
      <w:r>
        <w:rPr>
          <w:lang w:eastAsia="ko-KR"/>
        </w:rPr>
        <w:t xml:space="preserve"> </w:t>
      </w:r>
      <w:r>
        <w:rPr>
          <w:lang w:eastAsia="ko-KR"/>
        </w:rPr>
        <w:t>참여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</w:p>
    <w:p w14:paraId="41F65E12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평가항목</w:t>
      </w:r>
      <w:r>
        <w:rPr>
          <w:lang w:eastAsia="ko-KR"/>
        </w:rPr>
        <w:t>·</w:t>
      </w:r>
      <w:r>
        <w:rPr>
          <w:lang w:eastAsia="ko-KR"/>
        </w:rPr>
        <w:t>배점</w:t>
      </w:r>
      <w:r>
        <w:rPr>
          <w:lang w:eastAsia="ko-KR"/>
        </w:rPr>
        <w:t>·</w:t>
      </w:r>
      <w:r>
        <w:rPr>
          <w:lang w:eastAsia="ko-KR"/>
        </w:rPr>
        <w:t>평가점수와</w:t>
      </w:r>
      <w:r>
        <w:rPr>
          <w:lang w:eastAsia="ko-KR"/>
        </w:rPr>
        <w:t xml:space="preserve"> </w:t>
      </w:r>
      <w:r>
        <w:rPr>
          <w:lang w:eastAsia="ko-KR"/>
        </w:rPr>
        <w:t>최종등급</w:t>
      </w:r>
      <w:r>
        <w:rPr>
          <w:lang w:eastAsia="ko-KR"/>
        </w:rPr>
        <w:t xml:space="preserve"> </w:t>
      </w:r>
      <w:r>
        <w:rPr>
          <w:lang w:eastAsia="ko-KR"/>
        </w:rPr>
        <w:t>조정내역</w:t>
      </w:r>
    </w:p>
    <w:p w14:paraId="2383A844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부대별</w:t>
      </w:r>
      <w:r>
        <w:rPr>
          <w:lang w:eastAsia="ko-KR"/>
        </w:rPr>
        <w:t xml:space="preserve"> </w:t>
      </w:r>
      <w:r>
        <w:rPr>
          <w:lang w:eastAsia="ko-KR"/>
        </w:rPr>
        <w:t>통합</w:t>
      </w:r>
      <w:r>
        <w:rPr>
          <w:lang w:eastAsia="ko-KR"/>
        </w:rPr>
        <w:t>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평가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확정할</w:t>
      </w:r>
      <w:r>
        <w:rPr>
          <w:lang w:eastAsia="ko-KR"/>
        </w:rPr>
        <w:t xml:space="preserve"> </w:t>
      </w:r>
      <w:r>
        <w:rPr>
          <w:lang w:eastAsia="ko-KR"/>
        </w:rPr>
        <w:t>지침</w:t>
      </w:r>
      <w:r>
        <w:rPr>
          <w:lang w:eastAsia="ko-KR"/>
        </w:rPr>
        <w:t>·</w:t>
      </w:r>
      <w:r>
        <w:rPr>
          <w:lang w:eastAsia="ko-KR"/>
        </w:rPr>
        <w:t>공문</w:t>
      </w:r>
      <w:r>
        <w:rPr>
          <w:lang w:eastAsia="ko-KR"/>
        </w:rPr>
        <w:t>·</w:t>
      </w:r>
      <w:r>
        <w:rPr>
          <w:lang w:eastAsia="ko-KR"/>
        </w:rPr>
        <w:t>결재자료</w:t>
      </w:r>
    </w:p>
    <w:p w14:paraId="0CDAF65F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등급별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지급액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직군별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평균</w:t>
      </w:r>
      <w:r>
        <w:rPr>
          <w:lang w:eastAsia="ko-KR"/>
        </w:rPr>
        <w:t xml:space="preserve"> </w:t>
      </w:r>
      <w:r>
        <w:rPr>
          <w:lang w:eastAsia="ko-KR"/>
        </w:rPr>
        <w:t>지급액</w:t>
      </w:r>
    </w:p>
    <w:p w14:paraId="472A60CB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 xml:space="preserve">Ⅲ. </w:t>
      </w:r>
      <w:r>
        <w:rPr>
          <w:lang w:eastAsia="ko-KR"/>
        </w:rPr>
        <w:t>대통령실</w:t>
      </w:r>
      <w:r>
        <w:rPr>
          <w:lang w:eastAsia="ko-KR"/>
        </w:rPr>
        <w:t xml:space="preserve"> </w:t>
      </w:r>
      <w:r>
        <w:rPr>
          <w:lang w:eastAsia="ko-KR"/>
        </w:rPr>
        <w:t>제출안</w:t>
      </w:r>
    </w:p>
    <w:p w14:paraId="3FD0341F" w14:textId="77777777" w:rsidR="00DF770C" w:rsidRDefault="00AE3CF0">
      <w:pPr>
        <w:pStyle w:val="21"/>
        <w:rPr>
          <w:lang w:eastAsia="ko-KR"/>
        </w:rPr>
      </w:pP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운영의</w:t>
      </w:r>
      <w:r>
        <w:rPr>
          <w:lang w:eastAsia="ko-KR"/>
        </w:rPr>
        <w:t xml:space="preserve"> </w:t>
      </w:r>
      <w:r>
        <w:rPr>
          <w:lang w:eastAsia="ko-KR"/>
        </w:rPr>
        <w:t>공정성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제도개선</w:t>
      </w:r>
      <w:r>
        <w:rPr>
          <w:lang w:eastAsia="ko-KR"/>
        </w:rPr>
        <w:t xml:space="preserve"> </w:t>
      </w:r>
      <w:r>
        <w:rPr>
          <w:lang w:eastAsia="ko-KR"/>
        </w:rPr>
        <w:t>요청</w:t>
      </w:r>
    </w:p>
    <w:p w14:paraId="316C6413" w14:textId="77777777" w:rsidR="00DF770C" w:rsidRDefault="00AE3CF0">
      <w:pPr>
        <w:rPr>
          <w:lang w:eastAsia="ko-KR"/>
        </w:rPr>
      </w:pPr>
      <w:r>
        <w:rPr>
          <w:lang w:eastAsia="ko-KR"/>
        </w:rPr>
        <w:t>국방부의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운영에서</w:t>
      </w:r>
      <w:r>
        <w:rPr>
          <w:lang w:eastAsia="ko-KR"/>
        </w:rPr>
        <w:t xml:space="preserve"> </w:t>
      </w:r>
      <w:r>
        <w:rPr>
          <w:lang w:eastAsia="ko-KR"/>
        </w:rPr>
        <w:t>군인과</w:t>
      </w:r>
      <w:r>
        <w:rPr>
          <w:lang w:eastAsia="ko-KR"/>
        </w:rPr>
        <w:t xml:space="preserve"> </w:t>
      </w:r>
      <w:r>
        <w:rPr>
          <w:lang w:eastAsia="ko-KR"/>
        </w:rPr>
        <w:t>군무원이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사실상</w:t>
      </w:r>
      <w:r>
        <w:rPr>
          <w:lang w:eastAsia="ko-KR"/>
        </w:rPr>
        <w:t xml:space="preserve"> </w:t>
      </w:r>
      <w:r>
        <w:rPr>
          <w:lang w:eastAsia="ko-KR"/>
        </w:rPr>
        <w:t>동일한</w:t>
      </w:r>
      <w:r>
        <w:rPr>
          <w:lang w:eastAsia="ko-KR"/>
        </w:rPr>
        <w:t xml:space="preserve"> </w:t>
      </w:r>
      <w:r>
        <w:rPr>
          <w:lang w:eastAsia="ko-KR"/>
        </w:rPr>
        <w:t>평정집단</w:t>
      </w:r>
      <w:r>
        <w:rPr>
          <w:lang w:eastAsia="ko-KR"/>
        </w:rPr>
        <w:t>·</w:t>
      </w:r>
      <w:r>
        <w:rPr>
          <w:lang w:eastAsia="ko-KR"/>
        </w:rPr>
        <w:t>지급단위에서</w:t>
      </w:r>
      <w:r>
        <w:rPr>
          <w:lang w:eastAsia="ko-KR"/>
        </w:rPr>
        <w:t xml:space="preserve"> </w:t>
      </w:r>
      <w:r>
        <w:rPr>
          <w:lang w:eastAsia="ko-KR"/>
        </w:rPr>
        <w:t>경쟁하도록</w:t>
      </w:r>
      <w:r>
        <w:rPr>
          <w:lang w:eastAsia="ko-KR"/>
        </w:rPr>
        <w:t xml:space="preserve"> </w:t>
      </w:r>
      <w:r>
        <w:rPr>
          <w:lang w:eastAsia="ko-KR"/>
        </w:rPr>
        <w:t>운영된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근거와</w:t>
      </w:r>
      <w:r>
        <w:rPr>
          <w:lang w:eastAsia="ko-KR"/>
        </w:rPr>
        <w:t xml:space="preserve"> </w:t>
      </w:r>
      <w:r>
        <w:rPr>
          <w:lang w:eastAsia="ko-KR"/>
        </w:rPr>
        <w:t>합리성</w:t>
      </w:r>
      <w:r>
        <w:rPr>
          <w:lang w:eastAsia="ko-KR"/>
        </w:rPr>
        <w:t xml:space="preserve">, </w:t>
      </w:r>
      <w:r>
        <w:rPr>
          <w:lang w:eastAsia="ko-KR"/>
        </w:rPr>
        <w:t>평가구조의</w:t>
      </w:r>
      <w:r>
        <w:rPr>
          <w:lang w:eastAsia="ko-KR"/>
        </w:rPr>
        <w:t xml:space="preserve"> </w:t>
      </w:r>
      <w:r>
        <w:rPr>
          <w:lang w:eastAsia="ko-KR"/>
        </w:rPr>
        <w:t>공정성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lang w:eastAsia="ko-KR"/>
        </w:rPr>
        <w:t xml:space="preserve"> </w:t>
      </w:r>
      <w:r>
        <w:rPr>
          <w:lang w:eastAsia="ko-KR"/>
        </w:rPr>
        <w:t>국방부</w:t>
      </w:r>
      <w:r>
        <w:rPr>
          <w:lang w:eastAsia="ko-KR"/>
        </w:rPr>
        <w:t xml:space="preserve"> </w:t>
      </w:r>
      <w:r>
        <w:rPr>
          <w:lang w:eastAsia="ko-KR"/>
        </w:rPr>
        <w:t>차원에서</w:t>
      </w:r>
      <w:r>
        <w:rPr>
          <w:lang w:eastAsia="ko-KR"/>
        </w:rPr>
        <w:t xml:space="preserve"> </w:t>
      </w:r>
      <w:r>
        <w:rPr>
          <w:lang w:eastAsia="ko-KR"/>
        </w:rPr>
        <w:t>전면</w:t>
      </w:r>
      <w:r>
        <w:rPr>
          <w:lang w:eastAsia="ko-KR"/>
        </w:rPr>
        <w:t xml:space="preserve"> </w:t>
      </w:r>
      <w:r>
        <w:rPr>
          <w:lang w:eastAsia="ko-KR"/>
        </w:rPr>
        <w:t>점검하여</w:t>
      </w:r>
      <w:r>
        <w:rPr>
          <w:lang w:eastAsia="ko-KR"/>
        </w:rPr>
        <w:t xml:space="preserve"> </w:t>
      </w:r>
      <w:r>
        <w:rPr>
          <w:lang w:eastAsia="ko-KR"/>
        </w:rPr>
        <w:t>주시기</w:t>
      </w:r>
      <w:r>
        <w:rPr>
          <w:lang w:eastAsia="ko-KR"/>
        </w:rPr>
        <w:t xml:space="preserve"> </w:t>
      </w:r>
      <w:r>
        <w:rPr>
          <w:lang w:eastAsia="ko-KR"/>
        </w:rPr>
        <w:t>바랍니다</w:t>
      </w:r>
      <w:r>
        <w:rPr>
          <w:lang w:eastAsia="ko-KR"/>
        </w:rPr>
        <w:t xml:space="preserve">. </w:t>
      </w:r>
      <w:r>
        <w:rPr>
          <w:lang w:eastAsia="ko-KR"/>
        </w:rPr>
        <w:t>확보된</w:t>
      </w:r>
      <w:r>
        <w:rPr>
          <w:lang w:eastAsia="ko-KR"/>
        </w:rPr>
        <w:t xml:space="preserve"> </w:t>
      </w:r>
      <w:r>
        <w:rPr>
          <w:lang w:eastAsia="ko-KR"/>
        </w:rPr>
        <w:t>일부</w:t>
      </w:r>
      <w:r>
        <w:rPr>
          <w:lang w:eastAsia="ko-KR"/>
        </w:rPr>
        <w:t xml:space="preserve"> </w:t>
      </w:r>
      <w:r>
        <w:rPr>
          <w:lang w:eastAsia="ko-KR"/>
        </w:rPr>
        <w:t>원자료에서는</w:t>
      </w:r>
      <w:r>
        <w:rPr>
          <w:lang w:eastAsia="ko-KR"/>
        </w:rPr>
        <w:t xml:space="preserve"> </w:t>
      </w:r>
      <w:r>
        <w:rPr>
          <w:lang w:eastAsia="ko-KR"/>
        </w:rPr>
        <w:t>통합평가로</w:t>
      </w:r>
      <w:r>
        <w:rPr>
          <w:lang w:eastAsia="ko-KR"/>
        </w:rPr>
        <w:t xml:space="preserve"> </w:t>
      </w:r>
      <w:r>
        <w:rPr>
          <w:lang w:eastAsia="ko-KR"/>
        </w:rPr>
        <w:t>표시된</w:t>
      </w:r>
      <w:r>
        <w:rPr>
          <w:lang w:eastAsia="ko-KR"/>
        </w:rPr>
        <w:t xml:space="preserve"> </w:t>
      </w:r>
      <w:r>
        <w:rPr>
          <w:lang w:eastAsia="ko-KR"/>
        </w:rPr>
        <w:t>사례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군무원의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하방편향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격차가</w:t>
      </w:r>
      <w:r>
        <w:rPr>
          <w:lang w:eastAsia="ko-KR"/>
        </w:rPr>
        <w:t xml:space="preserve"> </w:t>
      </w:r>
      <w:r>
        <w:rPr>
          <w:lang w:eastAsia="ko-KR"/>
        </w:rPr>
        <w:t>크게</w:t>
      </w:r>
      <w:r>
        <w:rPr>
          <w:lang w:eastAsia="ko-KR"/>
        </w:rPr>
        <w:t xml:space="preserve"> </w:t>
      </w:r>
      <w:r>
        <w:rPr>
          <w:lang w:eastAsia="ko-KR"/>
        </w:rPr>
        <w:t>나타난</w:t>
      </w:r>
      <w:r>
        <w:rPr>
          <w:lang w:eastAsia="ko-KR"/>
        </w:rPr>
        <w:t xml:space="preserve"> </w:t>
      </w:r>
      <w:r>
        <w:rPr>
          <w:lang w:eastAsia="ko-KR"/>
        </w:rPr>
        <w:t>사례가</w:t>
      </w:r>
      <w:r>
        <w:rPr>
          <w:lang w:eastAsia="ko-KR"/>
        </w:rPr>
        <w:t xml:space="preserve"> </w:t>
      </w:r>
      <w:r>
        <w:rPr>
          <w:lang w:eastAsia="ko-KR"/>
        </w:rPr>
        <w:t>확인되는</w:t>
      </w:r>
      <w:r>
        <w:rPr>
          <w:lang w:eastAsia="ko-KR"/>
        </w:rPr>
        <w:t xml:space="preserve"> </w:t>
      </w:r>
      <w:r>
        <w:rPr>
          <w:lang w:eastAsia="ko-KR"/>
        </w:rPr>
        <w:t>반면</w:t>
      </w:r>
      <w:r>
        <w:rPr>
          <w:lang w:eastAsia="ko-KR"/>
        </w:rPr>
        <w:t xml:space="preserve"> </w:t>
      </w:r>
      <w:r>
        <w:rPr>
          <w:lang w:eastAsia="ko-KR"/>
        </w:rPr>
        <w:t>균형</w:t>
      </w:r>
      <w:r>
        <w:rPr>
          <w:lang w:eastAsia="ko-KR"/>
        </w:rPr>
        <w:t xml:space="preserve"> </w:t>
      </w:r>
      <w:r>
        <w:rPr>
          <w:lang w:eastAsia="ko-KR"/>
        </w:rPr>
        <w:t>사례도</w:t>
      </w:r>
      <w:r>
        <w:rPr>
          <w:lang w:eastAsia="ko-KR"/>
        </w:rPr>
        <w:t xml:space="preserve"> </w:t>
      </w:r>
      <w:r>
        <w:rPr>
          <w:lang w:eastAsia="ko-KR"/>
        </w:rPr>
        <w:t>확인됩니다</w:t>
      </w:r>
      <w:r>
        <w:rPr>
          <w:lang w:eastAsia="ko-KR"/>
        </w:rPr>
        <w:t xml:space="preserve">. </w:t>
      </w:r>
      <w:r>
        <w:rPr>
          <w:lang w:eastAsia="ko-KR"/>
        </w:rPr>
        <w:t>이는</w:t>
      </w:r>
      <w:r>
        <w:rPr>
          <w:lang w:eastAsia="ko-KR"/>
        </w:rPr>
        <w:t xml:space="preserve"> </w:t>
      </w:r>
      <w:r>
        <w:rPr>
          <w:lang w:eastAsia="ko-KR"/>
        </w:rPr>
        <w:t>원인을</w:t>
      </w:r>
      <w:r>
        <w:rPr>
          <w:lang w:eastAsia="ko-KR"/>
        </w:rPr>
        <w:t xml:space="preserve"> </w:t>
      </w:r>
      <w:r>
        <w:rPr>
          <w:lang w:eastAsia="ko-KR"/>
        </w:rPr>
        <w:t>단정할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근거라기보다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평가집단별</w:t>
      </w:r>
      <w:r>
        <w:rPr>
          <w:lang w:eastAsia="ko-KR"/>
        </w:rPr>
        <w:t xml:space="preserve"> </w:t>
      </w:r>
      <w:r>
        <w:rPr>
          <w:lang w:eastAsia="ko-KR"/>
        </w:rPr>
        <w:t>구조와</w:t>
      </w:r>
      <w:r>
        <w:rPr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lang w:eastAsia="ko-KR"/>
        </w:rPr>
        <w:t xml:space="preserve"> </w:t>
      </w:r>
      <w:r>
        <w:rPr>
          <w:lang w:eastAsia="ko-KR"/>
        </w:rPr>
        <w:t>전수</w:t>
      </w:r>
      <w:r>
        <w:rPr>
          <w:lang w:eastAsia="ko-KR"/>
        </w:rPr>
        <w:t xml:space="preserve"> </w:t>
      </w:r>
      <w:r>
        <w:rPr>
          <w:lang w:eastAsia="ko-KR"/>
        </w:rPr>
        <w:t>확인해야</w:t>
      </w:r>
      <w:r>
        <w:rPr>
          <w:lang w:eastAsia="ko-KR"/>
        </w:rPr>
        <w:t xml:space="preserve"> </w:t>
      </w:r>
      <w:r>
        <w:rPr>
          <w:lang w:eastAsia="ko-KR"/>
        </w:rPr>
        <w:t>할</w:t>
      </w:r>
      <w:r>
        <w:rPr>
          <w:lang w:eastAsia="ko-KR"/>
        </w:rPr>
        <w:t xml:space="preserve"> </w:t>
      </w:r>
      <w:r>
        <w:rPr>
          <w:lang w:eastAsia="ko-KR"/>
        </w:rPr>
        <w:t>필요성을</w:t>
      </w:r>
      <w:r>
        <w:rPr>
          <w:lang w:eastAsia="ko-KR"/>
        </w:rPr>
        <w:t xml:space="preserve"> </w:t>
      </w:r>
      <w:r>
        <w:rPr>
          <w:lang w:eastAsia="ko-KR"/>
        </w:rPr>
        <w:t>보여줍니다</w:t>
      </w:r>
      <w:r>
        <w:rPr>
          <w:lang w:eastAsia="ko-KR"/>
        </w:rPr>
        <w:t>.</w:t>
      </w:r>
    </w:p>
    <w:p w14:paraId="26480C70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2023~2026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지침과</w:t>
      </w:r>
      <w:r>
        <w:rPr>
          <w:lang w:eastAsia="ko-KR"/>
        </w:rPr>
        <w:t xml:space="preserve"> </w:t>
      </w:r>
      <w:r>
        <w:rPr>
          <w:lang w:eastAsia="ko-KR"/>
        </w:rPr>
        <w:t>연도별</w:t>
      </w:r>
      <w:r>
        <w:rPr>
          <w:lang w:eastAsia="ko-KR"/>
        </w:rPr>
        <w:t xml:space="preserve"> </w:t>
      </w:r>
      <w:r>
        <w:rPr>
          <w:lang w:eastAsia="ko-KR"/>
        </w:rPr>
        <w:t>변경사항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도입</w:t>
      </w:r>
      <w:r>
        <w:rPr>
          <w:lang w:eastAsia="ko-KR"/>
        </w:rPr>
        <w:t>·</w:t>
      </w:r>
      <w:r>
        <w:rPr>
          <w:lang w:eastAsia="ko-KR"/>
        </w:rPr>
        <w:t>변경</w:t>
      </w:r>
      <w:r>
        <w:rPr>
          <w:lang w:eastAsia="ko-KR"/>
        </w:rPr>
        <w:t xml:space="preserve"> </w:t>
      </w:r>
      <w:r>
        <w:rPr>
          <w:lang w:eastAsia="ko-KR"/>
        </w:rPr>
        <w:t>경위를</w:t>
      </w:r>
      <w:r>
        <w:rPr>
          <w:lang w:eastAsia="ko-KR"/>
        </w:rPr>
        <w:t xml:space="preserve"> </w:t>
      </w:r>
      <w:r>
        <w:rPr>
          <w:lang w:eastAsia="ko-KR"/>
        </w:rPr>
        <w:t>확인할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3511EEDE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통합평정의</w:t>
      </w:r>
      <w:r>
        <w:rPr>
          <w:lang w:eastAsia="ko-KR"/>
        </w:rPr>
        <w:t xml:space="preserve"> </w:t>
      </w:r>
      <w:r>
        <w:rPr>
          <w:lang w:eastAsia="ko-KR"/>
        </w:rPr>
        <w:t>법적</w:t>
      </w:r>
      <w:r>
        <w:rPr>
          <w:lang w:eastAsia="ko-KR"/>
        </w:rPr>
        <w:t>·</w:t>
      </w:r>
      <w:r>
        <w:rPr>
          <w:lang w:eastAsia="ko-KR"/>
        </w:rPr>
        <w:t>행정적</w:t>
      </w:r>
      <w:r>
        <w:rPr>
          <w:lang w:eastAsia="ko-KR"/>
        </w:rPr>
        <w:t xml:space="preserve"> </w:t>
      </w:r>
      <w:r>
        <w:rPr>
          <w:lang w:eastAsia="ko-KR"/>
        </w:rPr>
        <w:t>근거</w:t>
      </w:r>
      <w:r>
        <w:rPr>
          <w:lang w:eastAsia="ko-KR"/>
        </w:rPr>
        <w:t xml:space="preserve">, </w:t>
      </w:r>
      <w:r>
        <w:rPr>
          <w:lang w:eastAsia="ko-KR"/>
        </w:rPr>
        <w:t>내부</w:t>
      </w:r>
      <w:r>
        <w:rPr>
          <w:lang w:eastAsia="ko-KR"/>
        </w:rPr>
        <w:t xml:space="preserve"> </w:t>
      </w:r>
      <w:r>
        <w:rPr>
          <w:lang w:eastAsia="ko-KR"/>
        </w:rPr>
        <w:t>검토</w:t>
      </w:r>
      <w:r>
        <w:rPr>
          <w:lang w:eastAsia="ko-KR"/>
        </w:rPr>
        <w:t>·</w:t>
      </w:r>
      <w:r>
        <w:rPr>
          <w:lang w:eastAsia="ko-KR"/>
        </w:rPr>
        <w:t>결재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직무성과</w:t>
      </w:r>
      <w:r>
        <w:rPr>
          <w:lang w:eastAsia="ko-KR"/>
        </w:rPr>
        <w:t xml:space="preserve"> </w:t>
      </w:r>
      <w:r>
        <w:rPr>
          <w:lang w:eastAsia="ko-KR"/>
        </w:rPr>
        <w:t>비교의</w:t>
      </w:r>
      <w:r>
        <w:rPr>
          <w:lang w:eastAsia="ko-KR"/>
        </w:rPr>
        <w:t xml:space="preserve"> </w:t>
      </w:r>
      <w:r>
        <w:rPr>
          <w:lang w:eastAsia="ko-KR"/>
        </w:rPr>
        <w:t>합리성을</w:t>
      </w:r>
      <w:r>
        <w:rPr>
          <w:lang w:eastAsia="ko-KR"/>
        </w:rPr>
        <w:t xml:space="preserve"> </w:t>
      </w:r>
      <w:r>
        <w:rPr>
          <w:lang w:eastAsia="ko-KR"/>
        </w:rPr>
        <w:t>확인할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0C058DBF" w14:textId="4D8BC596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202</w:t>
      </w:r>
      <w:r w:rsidR="00B53F18">
        <w:rPr>
          <w:lang w:eastAsia="ko-KR"/>
        </w:rPr>
        <w:t>3</w:t>
      </w:r>
      <w:r>
        <w:rPr>
          <w:lang w:eastAsia="ko-KR"/>
        </w:rPr>
        <w:t>~2026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부대별</w:t>
      </w:r>
      <w:r>
        <w:rPr>
          <w:lang w:eastAsia="ko-KR"/>
        </w:rPr>
        <w:t xml:space="preserve"> </w:t>
      </w:r>
      <w:r>
        <w:rPr>
          <w:lang w:eastAsia="ko-KR"/>
        </w:rPr>
        <w:t>통합</w:t>
      </w:r>
      <w:r>
        <w:rPr>
          <w:lang w:eastAsia="ko-KR"/>
        </w:rPr>
        <w:t>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여부와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등급분포</w:t>
      </w:r>
      <w:r>
        <w:rPr>
          <w:lang w:eastAsia="ko-KR"/>
        </w:rPr>
        <w:t>·</w:t>
      </w:r>
      <w:r>
        <w:rPr>
          <w:lang w:eastAsia="ko-KR"/>
        </w:rPr>
        <w:t>지급액을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비식별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통계로</w:t>
      </w:r>
      <w:r>
        <w:rPr>
          <w:lang w:eastAsia="ko-KR"/>
        </w:rPr>
        <w:t xml:space="preserve"> </w:t>
      </w:r>
      <w:r>
        <w:rPr>
          <w:lang w:eastAsia="ko-KR"/>
        </w:rPr>
        <w:t>전수</w:t>
      </w:r>
      <w:r>
        <w:rPr>
          <w:lang w:eastAsia="ko-KR"/>
        </w:rPr>
        <w:t xml:space="preserve"> </w:t>
      </w:r>
      <w:r>
        <w:rPr>
          <w:lang w:eastAsia="ko-KR"/>
        </w:rPr>
        <w:t>분석할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4C1B9CB9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lastRenderedPageBreak/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직급구성</w:t>
      </w:r>
      <w:r>
        <w:rPr>
          <w:lang w:eastAsia="ko-KR"/>
        </w:rPr>
        <w:t xml:space="preserve">, </w:t>
      </w:r>
      <w:r>
        <w:rPr>
          <w:lang w:eastAsia="ko-KR"/>
        </w:rPr>
        <w:t>평가위원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  <w:r>
        <w:rPr>
          <w:lang w:eastAsia="ko-KR"/>
        </w:rPr>
        <w:t xml:space="preserve">, </w:t>
      </w:r>
      <w:r>
        <w:rPr>
          <w:lang w:eastAsia="ko-KR"/>
        </w:rPr>
        <w:t>점수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등급조정</w:t>
      </w:r>
      <w:r>
        <w:rPr>
          <w:lang w:eastAsia="ko-KR"/>
        </w:rPr>
        <w:t xml:space="preserve"> </w:t>
      </w:r>
      <w:r>
        <w:rPr>
          <w:lang w:eastAsia="ko-KR"/>
        </w:rPr>
        <w:t>내역을</w:t>
      </w:r>
      <w:r>
        <w:rPr>
          <w:lang w:eastAsia="ko-KR"/>
        </w:rPr>
        <w:t xml:space="preserve"> </w:t>
      </w:r>
      <w:r>
        <w:rPr>
          <w:lang w:eastAsia="ko-KR"/>
        </w:rPr>
        <w:t>조사하여</w:t>
      </w:r>
      <w:r>
        <w:rPr>
          <w:lang w:eastAsia="ko-KR"/>
        </w:rPr>
        <w:t xml:space="preserve"> </w:t>
      </w:r>
      <w:r>
        <w:rPr>
          <w:lang w:eastAsia="ko-KR"/>
        </w:rPr>
        <w:t>큰</w:t>
      </w:r>
      <w:r>
        <w:rPr>
          <w:lang w:eastAsia="ko-KR"/>
        </w:rPr>
        <w:t xml:space="preserve"> </w:t>
      </w:r>
      <w:r>
        <w:rPr>
          <w:lang w:eastAsia="ko-KR"/>
        </w:rPr>
        <w:t>격차가</w:t>
      </w:r>
      <w:r>
        <w:rPr>
          <w:lang w:eastAsia="ko-KR"/>
        </w:rPr>
        <w:t xml:space="preserve"> </w:t>
      </w:r>
      <w:r>
        <w:rPr>
          <w:lang w:eastAsia="ko-KR"/>
        </w:rPr>
        <w:t>발</w:t>
      </w:r>
      <w:r>
        <w:rPr>
          <w:lang w:eastAsia="ko-KR"/>
        </w:rPr>
        <w:t>생한</w:t>
      </w:r>
      <w:r>
        <w:rPr>
          <w:lang w:eastAsia="ko-KR"/>
        </w:rPr>
        <w:t xml:space="preserve"> </w:t>
      </w:r>
      <w:r>
        <w:rPr>
          <w:lang w:eastAsia="ko-KR"/>
        </w:rPr>
        <w:t>조건을</w:t>
      </w:r>
      <w:r>
        <w:rPr>
          <w:lang w:eastAsia="ko-KR"/>
        </w:rPr>
        <w:t xml:space="preserve"> </w:t>
      </w:r>
      <w:r>
        <w:rPr>
          <w:lang w:eastAsia="ko-KR"/>
        </w:rPr>
        <w:t>규명할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5A5831DB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기준</w:t>
      </w:r>
      <w:r>
        <w:rPr>
          <w:lang w:eastAsia="ko-KR"/>
        </w:rPr>
        <w:t xml:space="preserve"> </w:t>
      </w:r>
      <w:r>
        <w:rPr>
          <w:lang w:eastAsia="ko-KR"/>
        </w:rPr>
        <w:t>변경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사전</w:t>
      </w:r>
      <w:r>
        <w:rPr>
          <w:lang w:eastAsia="ko-KR"/>
        </w:rPr>
        <w:t xml:space="preserve"> </w:t>
      </w:r>
      <w:r>
        <w:rPr>
          <w:lang w:eastAsia="ko-KR"/>
        </w:rPr>
        <w:t>고지</w:t>
      </w:r>
      <w:r>
        <w:rPr>
          <w:lang w:eastAsia="ko-KR"/>
        </w:rPr>
        <w:t>·</w:t>
      </w:r>
      <w:r>
        <w:rPr>
          <w:lang w:eastAsia="ko-KR"/>
        </w:rPr>
        <w:t>교육</w:t>
      </w:r>
      <w:r>
        <w:rPr>
          <w:lang w:eastAsia="ko-KR"/>
        </w:rPr>
        <w:t>·</w:t>
      </w:r>
      <w:r>
        <w:rPr>
          <w:lang w:eastAsia="ko-KR"/>
        </w:rPr>
        <w:t>의견수렴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확인할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047D97CC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불합리한</w:t>
      </w:r>
      <w:r>
        <w:rPr>
          <w:lang w:eastAsia="ko-KR"/>
        </w:rPr>
        <w:t xml:space="preserve"> </w:t>
      </w:r>
      <w:r>
        <w:rPr>
          <w:lang w:eastAsia="ko-KR"/>
        </w:rPr>
        <w:t>결과가</w:t>
      </w:r>
      <w:r>
        <w:rPr>
          <w:lang w:eastAsia="ko-KR"/>
        </w:rPr>
        <w:t xml:space="preserve"> </w:t>
      </w:r>
      <w:r>
        <w:rPr>
          <w:lang w:eastAsia="ko-KR"/>
        </w:rPr>
        <w:t>확인되면</w:t>
      </w:r>
      <w:r>
        <w:rPr>
          <w:lang w:eastAsia="ko-KR"/>
        </w:rPr>
        <w:t xml:space="preserve"> </w:t>
      </w:r>
      <w:r>
        <w:rPr>
          <w:lang w:eastAsia="ko-KR"/>
        </w:rPr>
        <w:t>평가단위</w:t>
      </w:r>
      <w:r>
        <w:rPr>
          <w:lang w:eastAsia="ko-KR"/>
        </w:rPr>
        <w:t xml:space="preserve"> </w:t>
      </w:r>
      <w:r>
        <w:rPr>
          <w:lang w:eastAsia="ko-KR"/>
        </w:rPr>
        <w:t>분리</w:t>
      </w:r>
      <w:r>
        <w:rPr>
          <w:lang w:eastAsia="ko-KR"/>
        </w:rPr>
        <w:t xml:space="preserve">, </w:t>
      </w:r>
      <w:r>
        <w:rPr>
          <w:lang w:eastAsia="ko-KR"/>
        </w:rPr>
        <w:t>직무특성</w:t>
      </w:r>
      <w:r>
        <w:rPr>
          <w:lang w:eastAsia="ko-KR"/>
        </w:rPr>
        <w:t xml:space="preserve"> </w:t>
      </w:r>
      <w:r>
        <w:rPr>
          <w:lang w:eastAsia="ko-KR"/>
        </w:rPr>
        <w:t>반영</w:t>
      </w:r>
      <w:r>
        <w:rPr>
          <w:lang w:eastAsia="ko-KR"/>
        </w:rPr>
        <w:t xml:space="preserve">, </w:t>
      </w:r>
      <w:r>
        <w:rPr>
          <w:lang w:eastAsia="ko-KR"/>
        </w:rPr>
        <w:t>복수검증</w:t>
      </w:r>
      <w:r>
        <w:rPr>
          <w:lang w:eastAsia="ko-KR"/>
        </w:rPr>
        <w:t xml:space="preserve">, </w:t>
      </w:r>
      <w:r>
        <w:rPr>
          <w:lang w:eastAsia="ko-KR"/>
        </w:rPr>
        <w:t>이의절차</w:t>
      </w:r>
      <w:r>
        <w:rPr>
          <w:lang w:eastAsia="ko-KR"/>
        </w:rPr>
        <w:t xml:space="preserve"> </w:t>
      </w:r>
      <w:r>
        <w:rPr>
          <w:lang w:eastAsia="ko-KR"/>
        </w:rPr>
        <w:t>강화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기지급분</w:t>
      </w:r>
      <w:r>
        <w:rPr>
          <w:lang w:eastAsia="ko-KR"/>
        </w:rPr>
        <w:t xml:space="preserve"> </w:t>
      </w:r>
      <w:r>
        <w:rPr>
          <w:lang w:eastAsia="ko-KR"/>
        </w:rPr>
        <w:t>재검토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개선</w:t>
      </w:r>
      <w:r>
        <w:rPr>
          <w:lang w:eastAsia="ko-KR"/>
        </w:rPr>
        <w:t>·</w:t>
      </w:r>
      <w:r>
        <w:rPr>
          <w:lang w:eastAsia="ko-KR"/>
        </w:rPr>
        <w:t>구제방안을</w:t>
      </w:r>
      <w:r>
        <w:rPr>
          <w:lang w:eastAsia="ko-KR"/>
        </w:rPr>
        <w:t xml:space="preserve"> </w:t>
      </w:r>
      <w:r>
        <w:rPr>
          <w:lang w:eastAsia="ko-KR"/>
        </w:rPr>
        <w:t>마련할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61351C8A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 xml:space="preserve">Ⅳ. </w:t>
      </w:r>
      <w:r>
        <w:rPr>
          <w:lang w:eastAsia="ko-KR"/>
        </w:rPr>
        <w:t>감사원</w:t>
      </w:r>
      <w:r>
        <w:rPr>
          <w:lang w:eastAsia="ko-KR"/>
        </w:rPr>
        <w:t xml:space="preserve"> </w:t>
      </w:r>
      <w:r>
        <w:rPr>
          <w:lang w:eastAsia="ko-KR"/>
        </w:rPr>
        <w:t>감사제보</w:t>
      </w:r>
      <w:r>
        <w:rPr>
          <w:lang w:eastAsia="ko-KR"/>
        </w:rPr>
        <w:t xml:space="preserve"> </w:t>
      </w:r>
      <w:r>
        <w:rPr>
          <w:lang w:eastAsia="ko-KR"/>
        </w:rPr>
        <w:t>첨부</w:t>
      </w:r>
      <w:r>
        <w:rPr>
          <w:lang w:eastAsia="ko-KR"/>
        </w:rPr>
        <w:t xml:space="preserve"> </w:t>
      </w:r>
      <w:r>
        <w:rPr>
          <w:lang w:eastAsia="ko-KR"/>
        </w:rPr>
        <w:t>의견서</w:t>
      </w:r>
    </w:p>
    <w:p w14:paraId="4D94B326" w14:textId="77777777" w:rsidR="00DF770C" w:rsidRDefault="00AE3CF0">
      <w:pPr>
        <w:pStyle w:val="21"/>
        <w:rPr>
          <w:lang w:eastAsia="ko-KR"/>
        </w:rPr>
      </w:pPr>
      <w:r>
        <w:rPr>
          <w:lang w:eastAsia="ko-KR"/>
        </w:rPr>
        <w:t>국방부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통합평정</w:t>
      </w:r>
      <w:r>
        <w:rPr>
          <w:lang w:eastAsia="ko-KR"/>
        </w:rPr>
        <w:t xml:space="preserve">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설계</w:t>
      </w:r>
      <w:r>
        <w:rPr>
          <w:lang w:eastAsia="ko-KR"/>
        </w:rPr>
        <w:t>·</w:t>
      </w:r>
      <w:r>
        <w:rPr>
          <w:lang w:eastAsia="ko-KR"/>
        </w:rPr>
        <w:t>집행의</w:t>
      </w:r>
      <w:r>
        <w:rPr>
          <w:lang w:eastAsia="ko-KR"/>
        </w:rPr>
        <w:t xml:space="preserve"> </w:t>
      </w:r>
      <w:r>
        <w:rPr>
          <w:lang w:eastAsia="ko-KR"/>
        </w:rPr>
        <w:t>적정성에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감사</w:t>
      </w:r>
      <w:r>
        <w:rPr>
          <w:lang w:eastAsia="ko-KR"/>
        </w:rPr>
        <w:t xml:space="preserve"> </w:t>
      </w:r>
      <w:r>
        <w:rPr>
          <w:lang w:eastAsia="ko-KR"/>
        </w:rPr>
        <w:t>요청</w:t>
      </w:r>
    </w:p>
    <w:p w14:paraId="5CA98A8D" w14:textId="77777777" w:rsidR="00DF770C" w:rsidRDefault="00AE3CF0">
      <w:pPr>
        <w:rPr>
          <w:lang w:eastAsia="ko-KR"/>
        </w:rPr>
      </w:pPr>
      <w:r>
        <w:rPr>
          <w:lang w:eastAsia="ko-KR"/>
        </w:rPr>
        <w:t>감사에서는</w:t>
      </w:r>
      <w:r>
        <w:rPr>
          <w:lang w:eastAsia="ko-KR"/>
        </w:rPr>
        <w:t xml:space="preserve"> </w:t>
      </w:r>
      <w:r>
        <w:rPr>
          <w:lang w:eastAsia="ko-KR"/>
        </w:rPr>
        <w:t>단순히</w:t>
      </w:r>
      <w:r>
        <w:rPr>
          <w:lang w:eastAsia="ko-KR"/>
        </w:rPr>
        <w:t xml:space="preserve"> </w:t>
      </w:r>
      <w:r>
        <w:rPr>
          <w:lang w:eastAsia="ko-KR"/>
        </w:rPr>
        <w:t>특정</w:t>
      </w:r>
      <w:r>
        <w:rPr>
          <w:lang w:eastAsia="ko-KR"/>
        </w:rPr>
        <w:t xml:space="preserve"> </w:t>
      </w:r>
      <w:r>
        <w:rPr>
          <w:lang w:eastAsia="ko-KR"/>
        </w:rPr>
        <w:t>등급의</w:t>
      </w:r>
      <w:r>
        <w:rPr>
          <w:lang w:eastAsia="ko-KR"/>
        </w:rPr>
        <w:t xml:space="preserve"> </w:t>
      </w:r>
      <w:r>
        <w:rPr>
          <w:lang w:eastAsia="ko-KR"/>
        </w:rPr>
        <w:t>적정성만이</w:t>
      </w:r>
      <w:r>
        <w:rPr>
          <w:lang w:eastAsia="ko-KR"/>
        </w:rPr>
        <w:t xml:space="preserve"> </w:t>
      </w:r>
      <w:r>
        <w:rPr>
          <w:lang w:eastAsia="ko-KR"/>
        </w:rPr>
        <w:t>아니라</w:t>
      </w:r>
      <w:r>
        <w:rPr>
          <w:lang w:eastAsia="ko-KR"/>
        </w:rPr>
        <w:t xml:space="preserve">, </w:t>
      </w:r>
      <w:r>
        <w:rPr>
          <w:lang w:eastAsia="ko-KR"/>
        </w:rPr>
        <w:t>제도</w:t>
      </w:r>
      <w:r>
        <w:rPr>
          <w:lang w:eastAsia="ko-KR"/>
        </w:rPr>
        <w:t xml:space="preserve"> </w:t>
      </w:r>
      <w:r>
        <w:rPr>
          <w:lang w:eastAsia="ko-KR"/>
        </w:rPr>
        <w:t>설계와</w:t>
      </w:r>
      <w:r>
        <w:rPr>
          <w:lang w:eastAsia="ko-KR"/>
        </w:rPr>
        <w:t xml:space="preserve"> </w:t>
      </w:r>
      <w:r>
        <w:rPr>
          <w:lang w:eastAsia="ko-KR"/>
        </w:rPr>
        <w:t>변경</w:t>
      </w:r>
      <w:r>
        <w:rPr>
          <w:lang w:eastAsia="ko-KR"/>
        </w:rPr>
        <w:t xml:space="preserve"> </w:t>
      </w:r>
      <w:r>
        <w:rPr>
          <w:lang w:eastAsia="ko-KR"/>
        </w:rPr>
        <w:t>과정</w:t>
      </w:r>
      <w:r>
        <w:rPr>
          <w:lang w:eastAsia="ko-KR"/>
        </w:rPr>
        <w:t xml:space="preserve">, </w:t>
      </w:r>
      <w:r>
        <w:rPr>
          <w:lang w:eastAsia="ko-KR"/>
        </w:rPr>
        <w:t>비교기준의</w:t>
      </w:r>
      <w:r>
        <w:rPr>
          <w:lang w:eastAsia="ko-KR"/>
        </w:rPr>
        <w:t xml:space="preserve"> </w:t>
      </w:r>
      <w:r>
        <w:rPr>
          <w:lang w:eastAsia="ko-KR"/>
        </w:rPr>
        <w:t>객관성</w:t>
      </w:r>
      <w:r>
        <w:rPr>
          <w:lang w:eastAsia="ko-KR"/>
        </w:rPr>
        <w:t xml:space="preserve">, </w:t>
      </w:r>
      <w:r>
        <w:rPr>
          <w:lang w:eastAsia="ko-KR"/>
        </w:rPr>
        <w:t>평정권자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평가위원</w:t>
      </w:r>
      <w:r>
        <w:rPr>
          <w:lang w:eastAsia="ko-KR"/>
        </w:rPr>
        <w:t xml:space="preserve"> </w:t>
      </w:r>
      <w:r>
        <w:rPr>
          <w:lang w:eastAsia="ko-KR"/>
        </w:rPr>
        <w:t>구성</w:t>
      </w:r>
      <w:r>
        <w:rPr>
          <w:lang w:eastAsia="ko-KR"/>
        </w:rPr>
        <w:t>,</w:t>
      </w:r>
      <w:r>
        <w:rPr>
          <w:lang w:eastAsia="ko-KR"/>
        </w:rPr>
        <w:t xml:space="preserve"> </w:t>
      </w:r>
      <w:r>
        <w:rPr>
          <w:lang w:eastAsia="ko-KR"/>
        </w:rPr>
        <w:t>사전고지</w:t>
      </w:r>
      <w:r>
        <w:rPr>
          <w:lang w:eastAsia="ko-KR"/>
        </w:rPr>
        <w:t xml:space="preserve">,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직군별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결과와</w:t>
      </w:r>
      <w:r>
        <w:rPr>
          <w:lang w:eastAsia="ko-KR"/>
        </w:rPr>
        <w:t xml:space="preserve"> </w:t>
      </w:r>
      <w:r>
        <w:rPr>
          <w:lang w:eastAsia="ko-KR"/>
        </w:rPr>
        <w:t>지급영향을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확인해</w:t>
      </w:r>
      <w:r>
        <w:rPr>
          <w:lang w:eastAsia="ko-KR"/>
        </w:rPr>
        <w:t xml:space="preserve"> </w:t>
      </w:r>
      <w:r>
        <w:rPr>
          <w:lang w:eastAsia="ko-KR"/>
        </w:rPr>
        <w:t>주시기</w:t>
      </w:r>
      <w:r>
        <w:rPr>
          <w:lang w:eastAsia="ko-KR"/>
        </w:rPr>
        <w:t xml:space="preserve"> </w:t>
      </w:r>
      <w:r>
        <w:rPr>
          <w:lang w:eastAsia="ko-KR"/>
        </w:rPr>
        <w:t>바랍니다</w:t>
      </w:r>
      <w:r>
        <w:rPr>
          <w:lang w:eastAsia="ko-KR"/>
        </w:rPr>
        <w:t xml:space="preserve">. </w:t>
      </w:r>
      <w:r>
        <w:rPr>
          <w:lang w:eastAsia="ko-KR"/>
        </w:rPr>
        <w:t>특히</w:t>
      </w:r>
      <w:r>
        <w:rPr>
          <w:lang w:eastAsia="ko-KR"/>
        </w:rPr>
        <w:t xml:space="preserve"> </w:t>
      </w:r>
      <w:r>
        <w:rPr>
          <w:lang w:eastAsia="ko-KR"/>
        </w:rPr>
        <w:t>확보된</w:t>
      </w:r>
      <w:r>
        <w:rPr>
          <w:lang w:eastAsia="ko-KR"/>
        </w:rPr>
        <w:t xml:space="preserve"> </w:t>
      </w:r>
      <w:r>
        <w:rPr>
          <w:lang w:eastAsia="ko-KR"/>
        </w:rPr>
        <w:t>원자료에서</w:t>
      </w:r>
      <w:r>
        <w:rPr>
          <w:lang w:eastAsia="ko-KR"/>
        </w:rPr>
        <w:t xml:space="preserve"> </w:t>
      </w:r>
      <w:r>
        <w:rPr>
          <w:lang w:eastAsia="ko-KR"/>
        </w:rPr>
        <w:t>통합평가</w:t>
      </w:r>
      <w:r>
        <w:rPr>
          <w:lang w:eastAsia="ko-KR"/>
        </w:rPr>
        <w:t xml:space="preserve"> </w:t>
      </w:r>
      <w:r>
        <w:rPr>
          <w:lang w:eastAsia="ko-KR"/>
        </w:rPr>
        <w:t>표시</w:t>
      </w:r>
      <w:r>
        <w:rPr>
          <w:lang w:eastAsia="ko-KR"/>
        </w:rPr>
        <w:t xml:space="preserve"> </w:t>
      </w:r>
      <w:r>
        <w:rPr>
          <w:lang w:eastAsia="ko-KR"/>
        </w:rPr>
        <w:t>사례</w:t>
      </w:r>
      <w:r>
        <w:rPr>
          <w:lang w:eastAsia="ko-KR"/>
        </w:rPr>
        <w:t xml:space="preserve"> </w:t>
      </w:r>
      <w:r>
        <w:rPr>
          <w:lang w:eastAsia="ko-KR"/>
        </w:rPr>
        <w:t>일부의</w:t>
      </w:r>
      <w:r>
        <w:rPr>
          <w:lang w:eastAsia="ko-KR"/>
        </w:rPr>
        <w:t xml:space="preserve"> </w:t>
      </w:r>
      <w:r>
        <w:t>Δ</w:t>
      </w:r>
      <w:r>
        <w:rPr>
          <w:lang w:eastAsia="ko-KR"/>
        </w:rPr>
        <w:t>D</w:t>
      </w:r>
      <w:r>
        <w:rPr>
          <w:lang w:eastAsia="ko-KR"/>
        </w:rPr>
        <w:t>가</w:t>
      </w:r>
      <w:r>
        <w:rPr>
          <w:lang w:eastAsia="ko-KR"/>
        </w:rPr>
        <w:t xml:space="preserve"> +14.6%p, +25.5%p, +27.5%p</w:t>
      </w:r>
      <w:r>
        <w:rPr>
          <w:lang w:eastAsia="ko-KR"/>
        </w:rPr>
        <w:t>로</w:t>
      </w:r>
      <w:r>
        <w:rPr>
          <w:lang w:eastAsia="ko-KR"/>
        </w:rPr>
        <w:t xml:space="preserve"> </w:t>
      </w:r>
      <w:r>
        <w:rPr>
          <w:lang w:eastAsia="ko-KR"/>
        </w:rPr>
        <w:t>나타난</w:t>
      </w:r>
      <w:r>
        <w:rPr>
          <w:lang w:eastAsia="ko-KR"/>
        </w:rPr>
        <w:t xml:space="preserve"> </w:t>
      </w:r>
      <w:r>
        <w:rPr>
          <w:lang w:eastAsia="ko-KR"/>
        </w:rPr>
        <w:t>반면</w:t>
      </w:r>
      <w:r>
        <w:rPr>
          <w:lang w:eastAsia="ko-KR"/>
        </w:rPr>
        <w:t xml:space="preserve"> 0.0%p </w:t>
      </w:r>
      <w:r>
        <w:rPr>
          <w:lang w:eastAsia="ko-KR"/>
        </w:rPr>
        <w:t>사례도</w:t>
      </w:r>
      <w:r>
        <w:rPr>
          <w:lang w:eastAsia="ko-KR"/>
        </w:rPr>
        <w:t xml:space="preserve"> </w:t>
      </w:r>
      <w:r>
        <w:rPr>
          <w:lang w:eastAsia="ko-KR"/>
        </w:rPr>
        <w:t>존재하므로</w:t>
      </w:r>
      <w:r>
        <w:rPr>
          <w:lang w:eastAsia="ko-KR"/>
        </w:rPr>
        <w:t xml:space="preserve">, </w:t>
      </w:r>
      <w:r>
        <w:rPr>
          <w:lang w:eastAsia="ko-KR"/>
        </w:rPr>
        <w:t>격차가</w:t>
      </w:r>
      <w:r>
        <w:rPr>
          <w:lang w:eastAsia="ko-KR"/>
        </w:rPr>
        <w:t xml:space="preserve"> </w:t>
      </w:r>
      <w:r>
        <w:rPr>
          <w:lang w:eastAsia="ko-KR"/>
        </w:rPr>
        <w:t>커지는</w:t>
      </w:r>
      <w:r>
        <w:rPr>
          <w:lang w:eastAsia="ko-KR"/>
        </w:rPr>
        <w:t xml:space="preserve"> </w:t>
      </w:r>
      <w:r>
        <w:rPr>
          <w:lang w:eastAsia="ko-KR"/>
        </w:rPr>
        <w:t>조건을</w:t>
      </w:r>
      <w:r>
        <w:rPr>
          <w:lang w:eastAsia="ko-KR"/>
        </w:rPr>
        <w:t xml:space="preserve"> </w:t>
      </w:r>
      <w:r>
        <w:rPr>
          <w:lang w:eastAsia="ko-KR"/>
        </w:rPr>
        <w:t>국방부</w:t>
      </w:r>
      <w:r>
        <w:rPr>
          <w:lang w:eastAsia="ko-KR"/>
        </w:rPr>
        <w:t xml:space="preserve"> </w:t>
      </w:r>
      <w:r>
        <w:rPr>
          <w:lang w:eastAsia="ko-KR"/>
        </w:rPr>
        <w:t>원자료로</w:t>
      </w:r>
      <w:r>
        <w:rPr>
          <w:lang w:eastAsia="ko-KR"/>
        </w:rPr>
        <w:t xml:space="preserve"> </w:t>
      </w:r>
      <w:r>
        <w:rPr>
          <w:lang w:eastAsia="ko-KR"/>
        </w:rPr>
        <w:t>검증할</w:t>
      </w:r>
      <w:r>
        <w:rPr>
          <w:lang w:eastAsia="ko-KR"/>
        </w:rPr>
        <w:t xml:space="preserve"> </w:t>
      </w:r>
      <w:r>
        <w:rPr>
          <w:lang w:eastAsia="ko-KR"/>
        </w:rPr>
        <w:t>필요가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6F352394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2023~2026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지침</w:t>
      </w:r>
      <w:r>
        <w:rPr>
          <w:lang w:eastAsia="ko-KR"/>
        </w:rPr>
        <w:t>·</w:t>
      </w:r>
      <w:r>
        <w:rPr>
          <w:lang w:eastAsia="ko-KR"/>
        </w:rPr>
        <w:t>공문</w:t>
      </w:r>
      <w:r>
        <w:rPr>
          <w:lang w:eastAsia="ko-KR"/>
        </w:rPr>
        <w:t>·</w:t>
      </w:r>
      <w:r>
        <w:rPr>
          <w:lang w:eastAsia="ko-KR"/>
        </w:rPr>
        <w:t>내부결재와</w:t>
      </w:r>
      <w:r>
        <w:rPr>
          <w:lang w:eastAsia="ko-KR"/>
        </w:rPr>
        <w:t xml:space="preserve"> </w:t>
      </w:r>
      <w:r>
        <w:rPr>
          <w:lang w:eastAsia="ko-KR"/>
        </w:rPr>
        <w:t>연도별</w:t>
      </w:r>
      <w:r>
        <w:rPr>
          <w:lang w:eastAsia="ko-KR"/>
        </w:rPr>
        <w:t xml:space="preserve"> </w:t>
      </w:r>
      <w:r>
        <w:rPr>
          <w:lang w:eastAsia="ko-KR"/>
        </w:rPr>
        <w:t>변경</w:t>
      </w:r>
      <w:r>
        <w:rPr>
          <w:lang w:eastAsia="ko-KR"/>
        </w:rPr>
        <w:t xml:space="preserve"> </w:t>
      </w:r>
      <w:r>
        <w:rPr>
          <w:lang w:eastAsia="ko-KR"/>
        </w:rPr>
        <w:t>경위</w:t>
      </w:r>
    </w:p>
    <w:p w14:paraId="64A2D53B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경쟁단위</w:t>
      </w:r>
      <w:r>
        <w:rPr>
          <w:lang w:eastAsia="ko-KR"/>
        </w:rPr>
        <w:t xml:space="preserve"> </w:t>
      </w:r>
      <w:r>
        <w:rPr>
          <w:lang w:eastAsia="ko-KR"/>
        </w:rPr>
        <w:t>구성의</w:t>
      </w:r>
      <w:r>
        <w:rPr>
          <w:lang w:eastAsia="ko-KR"/>
        </w:rPr>
        <w:t xml:space="preserve"> </w:t>
      </w:r>
      <w:r>
        <w:rPr>
          <w:lang w:eastAsia="ko-KR"/>
        </w:rPr>
        <w:t>근거와</w:t>
      </w:r>
      <w:r>
        <w:rPr>
          <w:lang w:eastAsia="ko-KR"/>
        </w:rPr>
        <w:t xml:space="preserve"> </w:t>
      </w:r>
      <w:r>
        <w:rPr>
          <w:lang w:eastAsia="ko-KR"/>
        </w:rPr>
        <w:t>재량행사</w:t>
      </w:r>
      <w:r>
        <w:rPr>
          <w:lang w:eastAsia="ko-KR"/>
        </w:rPr>
        <w:t xml:space="preserve"> </w:t>
      </w:r>
      <w:r>
        <w:rPr>
          <w:lang w:eastAsia="ko-KR"/>
        </w:rPr>
        <w:t>과정에서</w:t>
      </w:r>
      <w:r>
        <w:rPr>
          <w:lang w:eastAsia="ko-KR"/>
        </w:rPr>
        <w:t xml:space="preserve"> </w:t>
      </w:r>
      <w:r>
        <w:rPr>
          <w:lang w:eastAsia="ko-KR"/>
        </w:rPr>
        <w:t>직무</w:t>
      </w:r>
      <w:r>
        <w:rPr>
          <w:lang w:eastAsia="ko-KR"/>
        </w:rPr>
        <w:t>·</w:t>
      </w:r>
      <w:r>
        <w:rPr>
          <w:lang w:eastAsia="ko-KR"/>
        </w:rPr>
        <w:t>직급</w:t>
      </w:r>
      <w:r>
        <w:rPr>
          <w:lang w:eastAsia="ko-KR"/>
        </w:rPr>
        <w:t>·</w:t>
      </w:r>
      <w:r>
        <w:rPr>
          <w:lang w:eastAsia="ko-KR"/>
        </w:rPr>
        <w:t>평가체계</w:t>
      </w:r>
      <w:r>
        <w:rPr>
          <w:lang w:eastAsia="ko-KR"/>
        </w:rPr>
        <w:t xml:space="preserve"> </w:t>
      </w:r>
      <w:r>
        <w:rPr>
          <w:lang w:eastAsia="ko-KR"/>
        </w:rPr>
        <w:t>차이를</w:t>
      </w:r>
      <w:r>
        <w:rPr>
          <w:lang w:eastAsia="ko-KR"/>
        </w:rPr>
        <w:t xml:space="preserve"> </w:t>
      </w:r>
      <w:r>
        <w:rPr>
          <w:lang w:eastAsia="ko-KR"/>
        </w:rPr>
        <w:t>검토했는지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</w:p>
    <w:p w14:paraId="55DB2AFF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군인</w:t>
      </w:r>
      <w:r>
        <w:rPr>
          <w:lang w:eastAsia="ko-KR"/>
        </w:rPr>
        <w:t xml:space="preserve"> </w:t>
      </w:r>
      <w:r>
        <w:rPr>
          <w:lang w:eastAsia="ko-KR"/>
        </w:rPr>
        <w:t>중심</w:t>
      </w:r>
      <w:r>
        <w:rPr>
          <w:lang w:eastAsia="ko-KR"/>
        </w:rPr>
        <w:t xml:space="preserve"> </w:t>
      </w:r>
      <w:r>
        <w:rPr>
          <w:lang w:eastAsia="ko-KR"/>
        </w:rPr>
        <w:t>평정구조에서</w:t>
      </w:r>
      <w:r>
        <w:rPr>
          <w:lang w:eastAsia="ko-KR"/>
        </w:rPr>
        <w:t xml:space="preserve"> </w:t>
      </w:r>
      <w:r>
        <w:rPr>
          <w:lang w:eastAsia="ko-KR"/>
        </w:rPr>
        <w:t>군</w:t>
      </w:r>
      <w:r>
        <w:rPr>
          <w:lang w:eastAsia="ko-KR"/>
        </w:rPr>
        <w:t>무원</w:t>
      </w:r>
      <w:r>
        <w:rPr>
          <w:lang w:eastAsia="ko-KR"/>
        </w:rPr>
        <w:t xml:space="preserve"> </w:t>
      </w:r>
      <w:r>
        <w:rPr>
          <w:lang w:eastAsia="ko-KR"/>
        </w:rPr>
        <w:t>성과를</w:t>
      </w:r>
      <w:r>
        <w:rPr>
          <w:lang w:eastAsia="ko-KR"/>
        </w:rPr>
        <w:t xml:space="preserve"> </w:t>
      </w:r>
      <w:r>
        <w:rPr>
          <w:lang w:eastAsia="ko-KR"/>
        </w:rPr>
        <w:t>독립적</w:t>
      </w:r>
      <w:r>
        <w:rPr>
          <w:lang w:eastAsia="ko-KR"/>
        </w:rPr>
        <w:t>·</w:t>
      </w:r>
      <w:r>
        <w:rPr>
          <w:lang w:eastAsia="ko-KR"/>
        </w:rPr>
        <w:t>객관적으로</w:t>
      </w:r>
      <w:r>
        <w:rPr>
          <w:lang w:eastAsia="ko-KR"/>
        </w:rPr>
        <w:t xml:space="preserve"> </w:t>
      </w:r>
      <w:r>
        <w:rPr>
          <w:lang w:eastAsia="ko-KR"/>
        </w:rPr>
        <w:t>평가하기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보완장치의</w:t>
      </w:r>
      <w:r>
        <w:rPr>
          <w:lang w:eastAsia="ko-KR"/>
        </w:rPr>
        <w:t xml:space="preserve"> </w:t>
      </w:r>
      <w:r>
        <w:rPr>
          <w:lang w:eastAsia="ko-KR"/>
        </w:rPr>
        <w:t>존재와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</w:p>
    <w:p w14:paraId="540D6E6C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통합</w:t>
      </w:r>
      <w:r>
        <w:rPr>
          <w:lang w:eastAsia="ko-KR"/>
        </w:rPr>
        <w:t>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proofErr w:type="spellStart"/>
      <w:r>
        <w:rPr>
          <w:lang w:eastAsia="ko-KR"/>
        </w:rPr>
        <w:t>집단별</w:t>
      </w:r>
      <w:proofErr w:type="spellEnd"/>
      <w:r>
        <w:rPr>
          <w:lang w:eastAsia="ko-KR"/>
        </w:rPr>
        <w:t>·</w:t>
      </w:r>
      <w:r>
        <w:rPr>
          <w:lang w:eastAsia="ko-KR"/>
        </w:rPr>
        <w:t>부대별</w:t>
      </w:r>
      <w:r>
        <w:rPr>
          <w:lang w:eastAsia="ko-KR"/>
        </w:rPr>
        <w:t>·</w:t>
      </w:r>
      <w:r>
        <w:rPr>
          <w:lang w:eastAsia="ko-KR"/>
        </w:rPr>
        <w:t>연도별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/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등급분포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지급액</w:t>
      </w:r>
      <w:r>
        <w:rPr>
          <w:lang w:eastAsia="ko-KR"/>
        </w:rPr>
        <w:t xml:space="preserve"> </w:t>
      </w:r>
      <w:r>
        <w:rPr>
          <w:lang w:eastAsia="ko-KR"/>
        </w:rPr>
        <w:t>비교</w:t>
      </w:r>
    </w:p>
    <w:p w14:paraId="225213C1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군무원</w:t>
      </w:r>
      <w:r>
        <w:rPr>
          <w:lang w:eastAsia="ko-KR"/>
        </w:rPr>
        <w:t xml:space="preserve"> 6~9</w:t>
      </w:r>
      <w:r>
        <w:rPr>
          <w:lang w:eastAsia="ko-KR"/>
        </w:rPr>
        <w:t>급</w:t>
      </w:r>
      <w:r>
        <w:rPr>
          <w:lang w:eastAsia="ko-KR"/>
        </w:rPr>
        <w:t xml:space="preserve"> </w:t>
      </w:r>
      <w:r>
        <w:rPr>
          <w:lang w:eastAsia="ko-KR"/>
        </w:rPr>
        <w:t>구성과</w:t>
      </w:r>
      <w:r>
        <w:rPr>
          <w:lang w:eastAsia="ko-KR"/>
        </w:rPr>
        <w:t xml:space="preserve"> </w:t>
      </w:r>
      <w:r>
        <w:rPr>
          <w:lang w:eastAsia="ko-KR"/>
        </w:rPr>
        <w:t>평가위원</w:t>
      </w:r>
      <w:r>
        <w:rPr>
          <w:lang w:eastAsia="ko-KR"/>
        </w:rPr>
        <w:t xml:space="preserve"> </w:t>
      </w:r>
      <w:r>
        <w:rPr>
          <w:lang w:eastAsia="ko-KR"/>
        </w:rPr>
        <w:t>신분</w:t>
      </w:r>
      <w:r>
        <w:rPr>
          <w:lang w:eastAsia="ko-KR"/>
        </w:rPr>
        <w:t>·</w:t>
      </w:r>
      <w:r>
        <w:rPr>
          <w:lang w:eastAsia="ko-KR"/>
        </w:rPr>
        <w:t>계급</w:t>
      </w:r>
      <w:r>
        <w:rPr>
          <w:lang w:eastAsia="ko-KR"/>
        </w:rPr>
        <w:t xml:space="preserve">, </w:t>
      </w:r>
      <w:r>
        <w:rPr>
          <w:lang w:eastAsia="ko-KR"/>
        </w:rPr>
        <w:t>점수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최종등급</w:t>
      </w:r>
      <w:r>
        <w:rPr>
          <w:lang w:eastAsia="ko-KR"/>
        </w:rPr>
        <w:t xml:space="preserve"> </w:t>
      </w:r>
      <w:r>
        <w:rPr>
          <w:lang w:eastAsia="ko-KR"/>
        </w:rPr>
        <w:t>조정이</w:t>
      </w:r>
      <w:r>
        <w:rPr>
          <w:lang w:eastAsia="ko-KR"/>
        </w:rPr>
        <w:t xml:space="preserve"> </w:t>
      </w:r>
      <w:r>
        <w:rPr>
          <w:lang w:eastAsia="ko-KR"/>
        </w:rPr>
        <w:t>결과에</w:t>
      </w:r>
      <w:r>
        <w:rPr>
          <w:lang w:eastAsia="ko-KR"/>
        </w:rPr>
        <w:t xml:space="preserve"> </w:t>
      </w:r>
      <w:r>
        <w:rPr>
          <w:lang w:eastAsia="ko-KR"/>
        </w:rPr>
        <w:t>미친</w:t>
      </w:r>
      <w:r>
        <w:rPr>
          <w:lang w:eastAsia="ko-KR"/>
        </w:rPr>
        <w:t xml:space="preserve"> </w:t>
      </w:r>
      <w:r>
        <w:rPr>
          <w:lang w:eastAsia="ko-KR"/>
        </w:rPr>
        <w:t>영향</w:t>
      </w:r>
    </w:p>
    <w:p w14:paraId="41CCA9E1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절차상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제도상</w:t>
      </w:r>
      <w:r>
        <w:rPr>
          <w:lang w:eastAsia="ko-KR"/>
        </w:rPr>
        <w:t xml:space="preserve"> </w:t>
      </w:r>
      <w:r>
        <w:rPr>
          <w:lang w:eastAsia="ko-KR"/>
        </w:rPr>
        <w:t>문제가</w:t>
      </w:r>
      <w:r>
        <w:rPr>
          <w:lang w:eastAsia="ko-KR"/>
        </w:rPr>
        <w:t xml:space="preserve"> </w:t>
      </w:r>
      <w:r>
        <w:rPr>
          <w:lang w:eastAsia="ko-KR"/>
        </w:rPr>
        <w:t>확인되는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기지급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성과상여금의</w:t>
      </w:r>
      <w:r>
        <w:rPr>
          <w:lang w:eastAsia="ko-KR"/>
        </w:rPr>
        <w:t xml:space="preserve"> </w:t>
      </w:r>
      <w:r>
        <w:rPr>
          <w:lang w:eastAsia="ko-KR"/>
        </w:rPr>
        <w:t>재검토와</w:t>
      </w:r>
      <w:r>
        <w:rPr>
          <w:lang w:eastAsia="ko-KR"/>
        </w:rPr>
        <w:t xml:space="preserve"> </w:t>
      </w:r>
      <w:r>
        <w:rPr>
          <w:lang w:eastAsia="ko-KR"/>
        </w:rPr>
        <w:t>시정</w:t>
      </w:r>
      <w:r>
        <w:rPr>
          <w:lang w:eastAsia="ko-KR"/>
        </w:rPr>
        <w:t>·</w:t>
      </w:r>
      <w:r>
        <w:rPr>
          <w:lang w:eastAsia="ko-KR"/>
        </w:rPr>
        <w:t>개선</w:t>
      </w:r>
      <w:r>
        <w:rPr>
          <w:lang w:eastAsia="ko-KR"/>
        </w:rPr>
        <w:t xml:space="preserve"> </w:t>
      </w:r>
      <w:r>
        <w:rPr>
          <w:lang w:eastAsia="ko-KR"/>
        </w:rPr>
        <w:t>필요성</w:t>
      </w:r>
    </w:p>
    <w:p w14:paraId="639E039D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 xml:space="preserve">Ⅴ. </w:t>
      </w:r>
      <w:r>
        <w:rPr>
          <w:lang w:eastAsia="ko-KR"/>
        </w:rPr>
        <w:t>국민권익위원회</w:t>
      </w:r>
      <w:r>
        <w:rPr>
          <w:lang w:eastAsia="ko-KR"/>
        </w:rPr>
        <w:t xml:space="preserve"> </w:t>
      </w:r>
      <w:r>
        <w:rPr>
          <w:lang w:eastAsia="ko-KR"/>
        </w:rPr>
        <w:t>집단</w:t>
      </w:r>
      <w:r>
        <w:rPr>
          <w:lang w:eastAsia="ko-KR"/>
        </w:rPr>
        <w:t xml:space="preserve"> </w:t>
      </w:r>
      <w:r>
        <w:rPr>
          <w:lang w:eastAsia="ko-KR"/>
        </w:rPr>
        <w:t>고충민원</w:t>
      </w:r>
    </w:p>
    <w:p w14:paraId="3FFD86EF" w14:textId="77777777" w:rsidR="00DF770C" w:rsidRDefault="00AE3CF0">
      <w:pPr>
        <w:pStyle w:val="21"/>
        <w:rPr>
          <w:lang w:eastAsia="ko-KR"/>
        </w:rPr>
      </w:pP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통합평정에</w:t>
      </w:r>
      <w:r>
        <w:rPr>
          <w:lang w:eastAsia="ko-KR"/>
        </w:rPr>
        <w:t xml:space="preserve"> </w:t>
      </w:r>
      <w:r>
        <w:rPr>
          <w:lang w:eastAsia="ko-KR"/>
        </w:rPr>
        <w:t>따른</w:t>
      </w:r>
      <w:r>
        <w:rPr>
          <w:lang w:eastAsia="ko-KR"/>
        </w:rPr>
        <w:t xml:space="preserve"> 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집단</w:t>
      </w:r>
      <w:r>
        <w:rPr>
          <w:lang w:eastAsia="ko-KR"/>
        </w:rPr>
        <w:t xml:space="preserve"> </w:t>
      </w:r>
      <w:r>
        <w:rPr>
          <w:lang w:eastAsia="ko-KR"/>
        </w:rPr>
        <w:t>고충</w:t>
      </w:r>
      <w:r>
        <w:rPr>
          <w:lang w:eastAsia="ko-KR"/>
        </w:rPr>
        <w:t xml:space="preserve"> </w:t>
      </w:r>
      <w:r>
        <w:rPr>
          <w:lang w:eastAsia="ko-KR"/>
        </w:rPr>
        <w:t>조사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제도개선</w:t>
      </w:r>
      <w:r>
        <w:rPr>
          <w:lang w:eastAsia="ko-KR"/>
        </w:rPr>
        <w:t xml:space="preserve"> </w:t>
      </w:r>
      <w:r>
        <w:rPr>
          <w:lang w:eastAsia="ko-KR"/>
        </w:rPr>
        <w:t>요청</w:t>
      </w:r>
    </w:p>
    <w:p w14:paraId="7C2E640D" w14:textId="77777777" w:rsidR="00DF770C" w:rsidRDefault="00AE3CF0">
      <w:pPr>
        <w:rPr>
          <w:lang w:eastAsia="ko-KR"/>
        </w:rPr>
      </w:pPr>
      <w:r>
        <w:rPr>
          <w:lang w:eastAsia="ko-KR"/>
        </w:rPr>
        <w:t>본</w:t>
      </w:r>
      <w:r>
        <w:rPr>
          <w:lang w:eastAsia="ko-KR"/>
        </w:rPr>
        <w:t xml:space="preserve"> </w:t>
      </w:r>
      <w:r>
        <w:rPr>
          <w:lang w:eastAsia="ko-KR"/>
        </w:rPr>
        <w:t>민원은</w:t>
      </w:r>
      <w:r>
        <w:rPr>
          <w:lang w:eastAsia="ko-KR"/>
        </w:rPr>
        <w:t xml:space="preserve"> </w:t>
      </w:r>
      <w:r>
        <w:rPr>
          <w:lang w:eastAsia="ko-KR"/>
        </w:rPr>
        <w:t>특정</w:t>
      </w:r>
      <w:r>
        <w:rPr>
          <w:lang w:eastAsia="ko-KR"/>
        </w:rPr>
        <w:t xml:space="preserve"> </w:t>
      </w:r>
      <w:r>
        <w:rPr>
          <w:lang w:eastAsia="ko-KR"/>
        </w:rPr>
        <w:t>개</w:t>
      </w:r>
      <w:r>
        <w:rPr>
          <w:lang w:eastAsia="ko-KR"/>
        </w:rPr>
        <w:t>인의</w:t>
      </w:r>
      <w:r>
        <w:rPr>
          <w:lang w:eastAsia="ko-KR"/>
        </w:rPr>
        <w:t xml:space="preserve"> </w:t>
      </w:r>
      <w:r>
        <w:rPr>
          <w:lang w:eastAsia="ko-KR"/>
        </w:rPr>
        <w:t>등급</w:t>
      </w:r>
      <w:r>
        <w:rPr>
          <w:lang w:eastAsia="ko-KR"/>
        </w:rPr>
        <w:t xml:space="preserve"> </w:t>
      </w:r>
      <w:r>
        <w:rPr>
          <w:lang w:eastAsia="ko-KR"/>
        </w:rPr>
        <w:t>상향</w:t>
      </w:r>
      <w:r>
        <w:rPr>
          <w:lang w:eastAsia="ko-KR"/>
        </w:rPr>
        <w:t xml:space="preserve"> </w:t>
      </w:r>
      <w:r>
        <w:rPr>
          <w:lang w:eastAsia="ko-KR"/>
        </w:rPr>
        <w:t>요구가</w:t>
      </w:r>
      <w:r>
        <w:rPr>
          <w:lang w:eastAsia="ko-KR"/>
        </w:rPr>
        <w:t xml:space="preserve"> </w:t>
      </w:r>
      <w:r>
        <w:rPr>
          <w:lang w:eastAsia="ko-KR"/>
        </w:rPr>
        <w:t>아니라</w:t>
      </w:r>
      <w:r>
        <w:rPr>
          <w:lang w:eastAsia="ko-KR"/>
        </w:rPr>
        <w:t xml:space="preserve"> </w:t>
      </w:r>
      <w:r>
        <w:rPr>
          <w:lang w:eastAsia="ko-KR"/>
        </w:rPr>
        <w:t>동일한</w:t>
      </w:r>
      <w:r>
        <w:rPr>
          <w:lang w:eastAsia="ko-KR"/>
        </w:rPr>
        <w:t xml:space="preserve"> </w:t>
      </w:r>
      <w:r>
        <w:rPr>
          <w:lang w:eastAsia="ko-KR"/>
        </w:rPr>
        <w:t>제도와</w:t>
      </w:r>
      <w:r>
        <w:rPr>
          <w:lang w:eastAsia="ko-KR"/>
        </w:rPr>
        <w:t xml:space="preserve"> </w:t>
      </w:r>
      <w:r>
        <w:rPr>
          <w:lang w:eastAsia="ko-KR"/>
        </w:rPr>
        <w:t>평가구조가</w:t>
      </w:r>
      <w:r>
        <w:rPr>
          <w:lang w:eastAsia="ko-KR"/>
        </w:rPr>
        <w:t xml:space="preserve"> </w:t>
      </w:r>
      <w:r>
        <w:rPr>
          <w:lang w:eastAsia="ko-KR"/>
        </w:rPr>
        <w:t>다수</w:t>
      </w:r>
      <w:r>
        <w:rPr>
          <w:lang w:eastAsia="ko-KR"/>
        </w:rPr>
        <w:t xml:space="preserve"> </w:t>
      </w:r>
      <w:r>
        <w:rPr>
          <w:lang w:eastAsia="ko-KR"/>
        </w:rPr>
        <w:t>군무원에게</w:t>
      </w:r>
      <w:r>
        <w:rPr>
          <w:lang w:eastAsia="ko-KR"/>
        </w:rPr>
        <w:t xml:space="preserve"> </w:t>
      </w:r>
      <w:r>
        <w:rPr>
          <w:lang w:eastAsia="ko-KR"/>
        </w:rPr>
        <w:t>반복</w:t>
      </w:r>
      <w:r>
        <w:rPr>
          <w:lang w:eastAsia="ko-KR"/>
        </w:rPr>
        <w:t xml:space="preserve"> </w:t>
      </w:r>
      <w:r>
        <w:rPr>
          <w:lang w:eastAsia="ko-KR"/>
        </w:rPr>
        <w:t>적용되는</w:t>
      </w:r>
      <w:r>
        <w:rPr>
          <w:lang w:eastAsia="ko-KR"/>
        </w:rPr>
        <w:t xml:space="preserve"> </w:t>
      </w:r>
      <w:r>
        <w:rPr>
          <w:lang w:eastAsia="ko-KR"/>
        </w:rPr>
        <w:t>과정에서</w:t>
      </w:r>
      <w:r>
        <w:rPr>
          <w:lang w:eastAsia="ko-KR"/>
        </w:rPr>
        <w:t xml:space="preserve"> </w:t>
      </w:r>
      <w:r>
        <w:rPr>
          <w:lang w:eastAsia="ko-KR"/>
        </w:rPr>
        <w:t>집단적</w:t>
      </w:r>
      <w:r>
        <w:rPr>
          <w:lang w:eastAsia="ko-KR"/>
        </w:rPr>
        <w:t>·</w:t>
      </w:r>
      <w:r>
        <w:rPr>
          <w:lang w:eastAsia="ko-KR"/>
        </w:rPr>
        <w:t>구조적</w:t>
      </w:r>
      <w:r>
        <w:rPr>
          <w:lang w:eastAsia="ko-KR"/>
        </w:rPr>
        <w:t xml:space="preserve"> </w:t>
      </w:r>
      <w:r>
        <w:rPr>
          <w:lang w:eastAsia="ko-KR"/>
        </w:rPr>
        <w:t>고충이</w:t>
      </w:r>
      <w:r>
        <w:rPr>
          <w:lang w:eastAsia="ko-KR"/>
        </w:rPr>
        <w:t xml:space="preserve"> </w:t>
      </w:r>
      <w:r>
        <w:rPr>
          <w:lang w:eastAsia="ko-KR"/>
        </w:rPr>
        <w:t>발생했는지를</w:t>
      </w:r>
      <w:r>
        <w:rPr>
          <w:lang w:eastAsia="ko-KR"/>
        </w:rPr>
        <w:t xml:space="preserve"> </w:t>
      </w:r>
      <w:r>
        <w:rPr>
          <w:lang w:eastAsia="ko-KR"/>
        </w:rPr>
        <w:t>조사해</w:t>
      </w:r>
      <w:r>
        <w:rPr>
          <w:lang w:eastAsia="ko-KR"/>
        </w:rPr>
        <w:t xml:space="preserve"> </w:t>
      </w:r>
      <w:r>
        <w:rPr>
          <w:lang w:eastAsia="ko-KR"/>
        </w:rPr>
        <w:t>달라는</w:t>
      </w:r>
      <w:r>
        <w:rPr>
          <w:lang w:eastAsia="ko-KR"/>
        </w:rPr>
        <w:t xml:space="preserve"> </w:t>
      </w:r>
      <w:r>
        <w:rPr>
          <w:lang w:eastAsia="ko-KR"/>
        </w:rPr>
        <w:t>요청입니다</w:t>
      </w:r>
      <w:r>
        <w:rPr>
          <w:lang w:eastAsia="ko-KR"/>
        </w:rPr>
        <w:t xml:space="preserve">. </w:t>
      </w:r>
      <w:r>
        <w:rPr>
          <w:lang w:eastAsia="ko-KR"/>
        </w:rPr>
        <w:t>일부</w:t>
      </w:r>
      <w:r>
        <w:rPr>
          <w:lang w:eastAsia="ko-KR"/>
        </w:rPr>
        <w:t xml:space="preserve"> </w:t>
      </w:r>
      <w:r>
        <w:rPr>
          <w:lang w:eastAsia="ko-KR"/>
        </w:rPr>
        <w:t>원자료에서</w:t>
      </w:r>
      <w:r>
        <w:rPr>
          <w:lang w:eastAsia="ko-KR"/>
        </w:rPr>
        <w:t xml:space="preserve"> </w:t>
      </w:r>
      <w:r>
        <w:rPr>
          <w:lang w:eastAsia="ko-KR"/>
        </w:rPr>
        <w:t>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분포격차가</w:t>
      </w:r>
      <w:r>
        <w:rPr>
          <w:lang w:eastAsia="ko-KR"/>
        </w:rPr>
        <w:t xml:space="preserve"> </w:t>
      </w:r>
      <w:r>
        <w:rPr>
          <w:lang w:eastAsia="ko-KR"/>
        </w:rPr>
        <w:t>확인되는</w:t>
      </w:r>
      <w:r>
        <w:rPr>
          <w:lang w:eastAsia="ko-KR"/>
        </w:rPr>
        <w:t xml:space="preserve"> </w:t>
      </w:r>
      <w:r>
        <w:rPr>
          <w:lang w:eastAsia="ko-KR"/>
        </w:rPr>
        <w:t>만큼</w:t>
      </w:r>
      <w:r>
        <w:rPr>
          <w:lang w:eastAsia="ko-KR"/>
        </w:rPr>
        <w:t xml:space="preserve"> </w:t>
      </w:r>
      <w:r>
        <w:rPr>
          <w:lang w:eastAsia="ko-KR"/>
        </w:rPr>
        <w:t>개별</w:t>
      </w:r>
      <w:r>
        <w:rPr>
          <w:lang w:eastAsia="ko-KR"/>
        </w:rPr>
        <w:t xml:space="preserve"> </w:t>
      </w:r>
      <w:r>
        <w:rPr>
          <w:lang w:eastAsia="ko-KR"/>
        </w:rPr>
        <w:t>사례만으로</w:t>
      </w:r>
      <w:r>
        <w:rPr>
          <w:lang w:eastAsia="ko-KR"/>
        </w:rPr>
        <w:t xml:space="preserve"> </w:t>
      </w:r>
      <w:r>
        <w:rPr>
          <w:lang w:eastAsia="ko-KR"/>
        </w:rPr>
        <w:t>종결하지</w:t>
      </w:r>
      <w:r>
        <w:rPr>
          <w:lang w:eastAsia="ko-KR"/>
        </w:rPr>
        <w:t xml:space="preserve"> </w:t>
      </w:r>
      <w:r>
        <w:rPr>
          <w:lang w:eastAsia="ko-KR"/>
        </w:rPr>
        <w:t>말고</w:t>
      </w:r>
      <w:r>
        <w:rPr>
          <w:lang w:eastAsia="ko-KR"/>
        </w:rPr>
        <w:t xml:space="preserve"> </w:t>
      </w:r>
      <w:r>
        <w:rPr>
          <w:lang w:eastAsia="ko-KR"/>
        </w:rPr>
        <w:t>전체</w:t>
      </w:r>
      <w:r>
        <w:rPr>
          <w:lang w:eastAsia="ko-KR"/>
        </w:rPr>
        <w:t xml:space="preserve"> </w:t>
      </w:r>
      <w:r>
        <w:rPr>
          <w:lang w:eastAsia="ko-KR"/>
        </w:rPr>
        <w:t>통계와</w:t>
      </w:r>
      <w:r>
        <w:rPr>
          <w:lang w:eastAsia="ko-KR"/>
        </w:rPr>
        <w:t xml:space="preserve"> </w:t>
      </w:r>
      <w:r>
        <w:rPr>
          <w:lang w:eastAsia="ko-KR"/>
        </w:rPr>
        <w:t>제도설계</w:t>
      </w:r>
      <w:r>
        <w:rPr>
          <w:lang w:eastAsia="ko-KR"/>
        </w:rPr>
        <w:t xml:space="preserve"> </w:t>
      </w:r>
      <w:r>
        <w:rPr>
          <w:lang w:eastAsia="ko-KR"/>
        </w:rPr>
        <w:t>자료를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조사해</w:t>
      </w:r>
      <w:r>
        <w:rPr>
          <w:lang w:eastAsia="ko-KR"/>
        </w:rPr>
        <w:t xml:space="preserve"> </w:t>
      </w:r>
      <w:r>
        <w:rPr>
          <w:lang w:eastAsia="ko-KR"/>
        </w:rPr>
        <w:t>주시기</w:t>
      </w:r>
      <w:r>
        <w:rPr>
          <w:lang w:eastAsia="ko-KR"/>
        </w:rPr>
        <w:t xml:space="preserve"> </w:t>
      </w:r>
      <w:r>
        <w:rPr>
          <w:lang w:eastAsia="ko-KR"/>
        </w:rPr>
        <w:t>바랍니다</w:t>
      </w:r>
      <w:r>
        <w:rPr>
          <w:lang w:eastAsia="ko-KR"/>
        </w:rPr>
        <w:t>.</w:t>
      </w:r>
    </w:p>
    <w:p w14:paraId="1AC12FC6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국방부의</w:t>
      </w:r>
      <w:r>
        <w:rPr>
          <w:lang w:eastAsia="ko-KR"/>
        </w:rPr>
        <w:t xml:space="preserve"> </w:t>
      </w:r>
      <w:r>
        <w:rPr>
          <w:lang w:eastAsia="ko-KR"/>
        </w:rPr>
        <w:t>평정집단</w:t>
      </w:r>
      <w:r>
        <w:rPr>
          <w:lang w:eastAsia="ko-KR"/>
        </w:rPr>
        <w:t>·</w:t>
      </w:r>
      <w:r>
        <w:rPr>
          <w:lang w:eastAsia="ko-KR"/>
        </w:rPr>
        <w:t>지급단위</w:t>
      </w:r>
      <w:r>
        <w:rPr>
          <w:lang w:eastAsia="ko-KR"/>
        </w:rPr>
        <w:t xml:space="preserve"> </w:t>
      </w:r>
      <w:r>
        <w:rPr>
          <w:lang w:eastAsia="ko-KR"/>
        </w:rPr>
        <w:t>운영실태와</w:t>
      </w:r>
      <w:r>
        <w:rPr>
          <w:lang w:eastAsia="ko-KR"/>
        </w:rPr>
        <w:t xml:space="preserve"> </w:t>
      </w:r>
      <w:r>
        <w:rPr>
          <w:lang w:eastAsia="ko-KR"/>
        </w:rPr>
        <w:t>변경경위를</w:t>
      </w:r>
      <w:r>
        <w:rPr>
          <w:lang w:eastAsia="ko-KR"/>
        </w:rPr>
        <w:t xml:space="preserve"> </w:t>
      </w:r>
      <w:r>
        <w:rPr>
          <w:lang w:eastAsia="ko-KR"/>
        </w:rPr>
        <w:t>조사할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00528BE3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직무성과를</w:t>
      </w:r>
      <w:r>
        <w:rPr>
          <w:lang w:eastAsia="ko-KR"/>
        </w:rPr>
        <w:t xml:space="preserve"> </w:t>
      </w:r>
      <w:r>
        <w:rPr>
          <w:lang w:eastAsia="ko-KR"/>
        </w:rPr>
        <w:t>군인과</w:t>
      </w:r>
      <w:r>
        <w:rPr>
          <w:lang w:eastAsia="ko-KR"/>
        </w:rPr>
        <w:t xml:space="preserve">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경쟁단위에서</w:t>
      </w:r>
      <w:r>
        <w:rPr>
          <w:lang w:eastAsia="ko-KR"/>
        </w:rPr>
        <w:t xml:space="preserve"> </w:t>
      </w:r>
      <w:r>
        <w:rPr>
          <w:lang w:eastAsia="ko-KR"/>
        </w:rPr>
        <w:t>비교할</w:t>
      </w:r>
      <w:r>
        <w:rPr>
          <w:lang w:eastAsia="ko-KR"/>
        </w:rPr>
        <w:t xml:space="preserve"> </w:t>
      </w:r>
      <w:r>
        <w:rPr>
          <w:lang w:eastAsia="ko-KR"/>
        </w:rPr>
        <w:t>객관적</w:t>
      </w:r>
      <w:r>
        <w:rPr>
          <w:lang w:eastAsia="ko-KR"/>
        </w:rPr>
        <w:t xml:space="preserve"> </w:t>
      </w:r>
      <w:r>
        <w:rPr>
          <w:lang w:eastAsia="ko-KR"/>
        </w:rPr>
        <w:t>기준을</w:t>
      </w:r>
      <w:r>
        <w:rPr>
          <w:lang w:eastAsia="ko-KR"/>
        </w:rPr>
        <w:t xml:space="preserve"> </w:t>
      </w:r>
      <w:r>
        <w:rPr>
          <w:lang w:eastAsia="ko-KR"/>
        </w:rPr>
        <w:t>확인할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79CD257B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군인</w:t>
      </w:r>
      <w:r>
        <w:rPr>
          <w:lang w:eastAsia="ko-KR"/>
        </w:rPr>
        <w:t xml:space="preserve"> </w:t>
      </w:r>
      <w:r>
        <w:rPr>
          <w:lang w:eastAsia="ko-KR"/>
        </w:rPr>
        <w:t>중심</w:t>
      </w:r>
      <w:r>
        <w:rPr>
          <w:lang w:eastAsia="ko-KR"/>
        </w:rPr>
        <w:t xml:space="preserve"> </w:t>
      </w:r>
      <w:r>
        <w:rPr>
          <w:lang w:eastAsia="ko-KR"/>
        </w:rPr>
        <w:t>평정구조에서</w:t>
      </w:r>
      <w:r>
        <w:rPr>
          <w:lang w:eastAsia="ko-KR"/>
        </w:rPr>
        <w:t xml:space="preserve"> 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평가의</w:t>
      </w:r>
      <w:r>
        <w:rPr>
          <w:lang w:eastAsia="ko-KR"/>
        </w:rPr>
        <w:t xml:space="preserve"> </w:t>
      </w:r>
      <w:r>
        <w:rPr>
          <w:lang w:eastAsia="ko-KR"/>
        </w:rPr>
        <w:t>공정성을</w:t>
      </w:r>
      <w:r>
        <w:rPr>
          <w:lang w:eastAsia="ko-KR"/>
        </w:rPr>
        <w:t xml:space="preserve"> </w:t>
      </w:r>
      <w:r>
        <w:rPr>
          <w:lang w:eastAsia="ko-KR"/>
        </w:rPr>
        <w:t>확보할</w:t>
      </w:r>
      <w:r>
        <w:rPr>
          <w:lang w:eastAsia="ko-KR"/>
        </w:rPr>
        <w:t xml:space="preserve"> </w:t>
      </w:r>
      <w:r>
        <w:rPr>
          <w:lang w:eastAsia="ko-KR"/>
        </w:rPr>
        <w:t>안전장치가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작동했는지</w:t>
      </w:r>
      <w:r>
        <w:rPr>
          <w:lang w:eastAsia="ko-KR"/>
        </w:rPr>
        <w:t xml:space="preserve"> </w:t>
      </w:r>
      <w:r>
        <w:rPr>
          <w:lang w:eastAsia="ko-KR"/>
        </w:rPr>
        <w:t>조사할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4E23CB5B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lastRenderedPageBreak/>
        <w:t>부대별</w:t>
      </w:r>
      <w:r>
        <w:rPr>
          <w:lang w:eastAsia="ko-KR"/>
        </w:rPr>
        <w:t xml:space="preserve"> </w:t>
      </w:r>
      <w:r>
        <w:rPr>
          <w:lang w:eastAsia="ko-KR"/>
        </w:rPr>
        <w:t>통합</w:t>
      </w:r>
      <w:r>
        <w:rPr>
          <w:lang w:eastAsia="ko-KR"/>
        </w:rPr>
        <w:t>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여부</w:t>
      </w:r>
      <w:r>
        <w:rPr>
          <w:lang w:eastAsia="ko-KR"/>
        </w:rPr>
        <w:t xml:space="preserve">, </w:t>
      </w:r>
      <w:r>
        <w:rPr>
          <w:lang w:eastAsia="ko-KR"/>
        </w:rPr>
        <w:t>직급구성</w:t>
      </w:r>
      <w:r>
        <w:rPr>
          <w:lang w:eastAsia="ko-KR"/>
        </w:rPr>
        <w:t xml:space="preserve">, </w:t>
      </w:r>
      <w:r>
        <w:rPr>
          <w:lang w:eastAsia="ko-KR"/>
        </w:rPr>
        <w:t>평가위원</w:t>
      </w:r>
      <w:r>
        <w:rPr>
          <w:lang w:eastAsia="ko-KR"/>
        </w:rPr>
        <w:t xml:space="preserve"> </w:t>
      </w:r>
      <w:r>
        <w:rPr>
          <w:lang w:eastAsia="ko-KR"/>
        </w:rPr>
        <w:t>구성과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등급분포</w:t>
      </w:r>
      <w:r>
        <w:rPr>
          <w:lang w:eastAsia="ko-KR"/>
        </w:rPr>
        <w:t>·</w:t>
      </w:r>
      <w:r>
        <w:rPr>
          <w:lang w:eastAsia="ko-KR"/>
        </w:rPr>
        <w:t>지급액을</w:t>
      </w:r>
      <w:r>
        <w:rPr>
          <w:lang w:eastAsia="ko-KR"/>
        </w:rPr>
        <w:t xml:space="preserve"> </w:t>
      </w:r>
      <w:r>
        <w:rPr>
          <w:lang w:eastAsia="ko-KR"/>
        </w:rPr>
        <w:t>결합하여</w:t>
      </w:r>
      <w:r>
        <w:rPr>
          <w:lang w:eastAsia="ko-KR"/>
        </w:rPr>
        <w:t xml:space="preserve"> </w:t>
      </w:r>
      <w:r>
        <w:rPr>
          <w:lang w:eastAsia="ko-KR"/>
        </w:rPr>
        <w:t>반복적</w:t>
      </w:r>
      <w:r>
        <w:rPr>
          <w:lang w:eastAsia="ko-KR"/>
        </w:rPr>
        <w:t xml:space="preserve"> </w:t>
      </w:r>
      <w:r>
        <w:rPr>
          <w:lang w:eastAsia="ko-KR"/>
        </w:rPr>
        <w:t>불이익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조사할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4E3D4B08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불합리한</w:t>
      </w:r>
      <w:r>
        <w:rPr>
          <w:lang w:eastAsia="ko-KR"/>
        </w:rPr>
        <w:t xml:space="preserve"> </w:t>
      </w:r>
      <w:r>
        <w:rPr>
          <w:lang w:eastAsia="ko-KR"/>
        </w:rPr>
        <w:t>차이가</w:t>
      </w:r>
      <w:r>
        <w:rPr>
          <w:lang w:eastAsia="ko-KR"/>
        </w:rPr>
        <w:t xml:space="preserve"> </w:t>
      </w:r>
      <w:r>
        <w:rPr>
          <w:lang w:eastAsia="ko-KR"/>
        </w:rPr>
        <w:t>확인될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평가단위</w:t>
      </w:r>
      <w:r>
        <w:rPr>
          <w:lang w:eastAsia="ko-KR"/>
        </w:rPr>
        <w:t xml:space="preserve"> </w:t>
      </w:r>
      <w:r>
        <w:rPr>
          <w:lang w:eastAsia="ko-KR"/>
        </w:rPr>
        <w:t>분리</w:t>
      </w:r>
      <w:r>
        <w:rPr>
          <w:lang w:eastAsia="ko-KR"/>
        </w:rPr>
        <w:t xml:space="preserve">, </w:t>
      </w:r>
      <w:r>
        <w:rPr>
          <w:lang w:eastAsia="ko-KR"/>
        </w:rPr>
        <w:t>직무특성</w:t>
      </w:r>
      <w:r>
        <w:rPr>
          <w:lang w:eastAsia="ko-KR"/>
        </w:rPr>
        <w:t xml:space="preserve"> </w:t>
      </w:r>
      <w:r>
        <w:rPr>
          <w:lang w:eastAsia="ko-KR"/>
        </w:rPr>
        <w:t>반영</w:t>
      </w:r>
      <w:r>
        <w:rPr>
          <w:lang w:eastAsia="ko-KR"/>
        </w:rPr>
        <w:t xml:space="preserve">, </w:t>
      </w:r>
      <w:r>
        <w:rPr>
          <w:lang w:eastAsia="ko-KR"/>
        </w:rPr>
        <w:t>복수검증</w:t>
      </w:r>
      <w:r>
        <w:rPr>
          <w:lang w:eastAsia="ko-KR"/>
        </w:rPr>
        <w:t xml:space="preserve">, </w:t>
      </w:r>
      <w:r>
        <w:rPr>
          <w:lang w:eastAsia="ko-KR"/>
        </w:rPr>
        <w:t>이의신청</w:t>
      </w:r>
      <w:r>
        <w:rPr>
          <w:lang w:eastAsia="ko-KR"/>
        </w:rPr>
        <w:t xml:space="preserve"> </w:t>
      </w:r>
      <w:r>
        <w:rPr>
          <w:lang w:eastAsia="ko-KR"/>
        </w:rPr>
        <w:t>실효성</w:t>
      </w:r>
      <w:r>
        <w:rPr>
          <w:lang w:eastAsia="ko-KR"/>
        </w:rPr>
        <w:t xml:space="preserve"> </w:t>
      </w:r>
      <w:r>
        <w:rPr>
          <w:lang w:eastAsia="ko-KR"/>
        </w:rPr>
        <w:t>강화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피해구제</w:t>
      </w:r>
      <w:r>
        <w:rPr>
          <w:lang w:eastAsia="ko-KR"/>
        </w:rPr>
        <w:t xml:space="preserve"> </w:t>
      </w:r>
      <w:r>
        <w:rPr>
          <w:lang w:eastAsia="ko-KR"/>
        </w:rPr>
        <w:t>방안을</w:t>
      </w:r>
      <w:r>
        <w:rPr>
          <w:lang w:eastAsia="ko-KR"/>
        </w:rPr>
        <w:t xml:space="preserve"> </w:t>
      </w:r>
      <w:r>
        <w:rPr>
          <w:lang w:eastAsia="ko-KR"/>
        </w:rPr>
        <w:t>권고할</w:t>
      </w:r>
      <w:r>
        <w:rPr>
          <w:lang w:eastAsia="ko-KR"/>
        </w:rPr>
        <w:t xml:space="preserve"> </w:t>
      </w:r>
      <w:r>
        <w:rPr>
          <w:lang w:eastAsia="ko-KR"/>
        </w:rPr>
        <w:t>것</w:t>
      </w:r>
    </w:p>
    <w:p w14:paraId="20745E1B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 xml:space="preserve">Ⅵ. </w:t>
      </w:r>
      <w:r>
        <w:rPr>
          <w:lang w:eastAsia="ko-KR"/>
        </w:rPr>
        <w:t>공통</w:t>
      </w:r>
      <w:r>
        <w:rPr>
          <w:lang w:eastAsia="ko-KR"/>
        </w:rPr>
        <w:t xml:space="preserve"> </w:t>
      </w:r>
      <w:r>
        <w:rPr>
          <w:lang w:eastAsia="ko-KR"/>
        </w:rPr>
        <w:t>조사</w:t>
      </w:r>
      <w:r>
        <w:rPr>
          <w:lang w:eastAsia="ko-KR"/>
        </w:rPr>
        <w:t>·</w:t>
      </w:r>
      <w:r>
        <w:rPr>
          <w:lang w:eastAsia="ko-KR"/>
        </w:rPr>
        <w:t>자료제출</w:t>
      </w:r>
      <w:r>
        <w:rPr>
          <w:lang w:eastAsia="ko-KR"/>
        </w:rPr>
        <w:t xml:space="preserve"> </w:t>
      </w:r>
      <w:r>
        <w:rPr>
          <w:lang w:eastAsia="ko-KR"/>
        </w:rPr>
        <w:t>요구</w:t>
      </w:r>
      <w:r>
        <w:rPr>
          <w:lang w:eastAsia="ko-KR"/>
        </w:rPr>
        <w:t xml:space="preserve"> </w:t>
      </w:r>
      <w:r>
        <w:rPr>
          <w:lang w:eastAsia="ko-KR"/>
        </w:rPr>
        <w:t>목록</w:t>
      </w:r>
    </w:p>
    <w:p w14:paraId="2B4AF060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2023~2026</w:t>
      </w:r>
      <w:r>
        <w:rPr>
          <w:lang w:eastAsia="ko-KR"/>
        </w:rPr>
        <w:t>년도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국방부</w:t>
      </w:r>
      <w:r>
        <w:rPr>
          <w:lang w:eastAsia="ko-KR"/>
        </w:rPr>
        <w:t xml:space="preserve"> </w:t>
      </w:r>
      <w:r>
        <w:rPr>
          <w:lang w:eastAsia="ko-KR"/>
        </w:rPr>
        <w:t>지침</w:t>
      </w:r>
      <w:r>
        <w:rPr>
          <w:lang w:eastAsia="ko-KR"/>
        </w:rPr>
        <w:t xml:space="preserve"> </w:t>
      </w:r>
      <w:r>
        <w:rPr>
          <w:lang w:eastAsia="ko-KR"/>
        </w:rPr>
        <w:t>원문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첨부자료</w:t>
      </w:r>
      <w:r>
        <w:rPr>
          <w:lang w:eastAsia="ko-KR"/>
        </w:rPr>
        <w:t xml:space="preserve"> </w:t>
      </w:r>
      <w:r>
        <w:rPr>
          <w:lang w:eastAsia="ko-KR"/>
        </w:rPr>
        <w:t>일체</w:t>
      </w:r>
    </w:p>
    <w:p w14:paraId="74F4600C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연도별</w:t>
      </w:r>
      <w:r>
        <w:rPr>
          <w:lang w:eastAsia="ko-KR"/>
        </w:rPr>
        <w:t xml:space="preserve"> </w:t>
      </w:r>
      <w:r>
        <w:rPr>
          <w:lang w:eastAsia="ko-KR"/>
        </w:rPr>
        <w:t>신</w:t>
      </w:r>
      <w:r>
        <w:rPr>
          <w:lang w:eastAsia="ko-KR"/>
        </w:rPr>
        <w:t>·</w:t>
      </w:r>
      <w:r>
        <w:rPr>
          <w:lang w:eastAsia="ko-KR"/>
        </w:rPr>
        <w:t>구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대비표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개정안</w:t>
      </w:r>
      <w:r>
        <w:rPr>
          <w:lang w:eastAsia="ko-KR"/>
        </w:rPr>
        <w:t xml:space="preserve">, </w:t>
      </w:r>
      <w:r>
        <w:rPr>
          <w:lang w:eastAsia="ko-KR"/>
        </w:rPr>
        <w:t>개정사유서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변경사항</w:t>
      </w:r>
      <w:r>
        <w:rPr>
          <w:lang w:eastAsia="ko-KR"/>
        </w:rPr>
        <w:t xml:space="preserve"> </w:t>
      </w:r>
      <w:r>
        <w:rPr>
          <w:lang w:eastAsia="ko-KR"/>
        </w:rPr>
        <w:t>설명자료</w:t>
      </w:r>
    </w:p>
    <w:p w14:paraId="5E15B002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통합</w:t>
      </w:r>
      <w:r>
        <w:rPr>
          <w:lang w:eastAsia="ko-KR"/>
        </w:rPr>
        <w:t xml:space="preserve"> </w:t>
      </w:r>
      <w:r>
        <w:rPr>
          <w:lang w:eastAsia="ko-KR"/>
        </w:rPr>
        <w:t>평정집단</w:t>
      </w:r>
      <w:r>
        <w:rPr>
          <w:lang w:eastAsia="ko-KR"/>
        </w:rPr>
        <w:t>·</w:t>
      </w:r>
      <w:r>
        <w:rPr>
          <w:lang w:eastAsia="ko-KR"/>
        </w:rPr>
        <w:t>지급단위</w:t>
      </w:r>
      <w:r>
        <w:rPr>
          <w:lang w:eastAsia="ko-KR"/>
        </w:rPr>
        <w:t>·</w:t>
      </w:r>
      <w:r>
        <w:rPr>
          <w:lang w:eastAsia="ko-KR"/>
        </w:rPr>
        <w:t>경쟁단위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 xml:space="preserve"> </w:t>
      </w:r>
      <w:r>
        <w:rPr>
          <w:lang w:eastAsia="ko-KR"/>
        </w:rPr>
        <w:t>결정과</w:t>
      </w:r>
      <w:r>
        <w:rPr>
          <w:lang w:eastAsia="ko-KR"/>
        </w:rPr>
        <w:t xml:space="preserve"> </w:t>
      </w:r>
      <w:r>
        <w:rPr>
          <w:lang w:eastAsia="ko-KR"/>
        </w:rPr>
        <w:t>관련한</w:t>
      </w:r>
      <w:r>
        <w:rPr>
          <w:lang w:eastAsia="ko-KR"/>
        </w:rPr>
        <w:t xml:space="preserve"> </w:t>
      </w:r>
      <w:r>
        <w:rPr>
          <w:lang w:eastAsia="ko-KR"/>
        </w:rPr>
        <w:t>검토보고서</w:t>
      </w:r>
      <w:r>
        <w:rPr>
          <w:lang w:eastAsia="ko-KR"/>
        </w:rPr>
        <w:t xml:space="preserve">, </w:t>
      </w:r>
      <w:r>
        <w:rPr>
          <w:lang w:eastAsia="ko-KR"/>
        </w:rPr>
        <w:t>법률검토</w:t>
      </w:r>
      <w:r>
        <w:rPr>
          <w:lang w:eastAsia="ko-KR"/>
        </w:rPr>
        <w:t xml:space="preserve">, </w:t>
      </w:r>
      <w:r>
        <w:rPr>
          <w:lang w:eastAsia="ko-KR"/>
        </w:rPr>
        <w:t>의견조회</w:t>
      </w:r>
      <w:r>
        <w:rPr>
          <w:lang w:eastAsia="ko-KR"/>
        </w:rPr>
        <w:t xml:space="preserve">, </w:t>
      </w:r>
      <w:r>
        <w:rPr>
          <w:lang w:eastAsia="ko-KR"/>
        </w:rPr>
        <w:t>회의자료</w:t>
      </w:r>
      <w:r>
        <w:rPr>
          <w:lang w:eastAsia="ko-KR"/>
        </w:rPr>
        <w:t>·</w:t>
      </w:r>
      <w:r>
        <w:rPr>
          <w:lang w:eastAsia="ko-KR"/>
        </w:rPr>
        <w:t>회의록</w:t>
      </w:r>
    </w:p>
    <w:p w14:paraId="010E1C1D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관련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내부결재문서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각</w:t>
      </w:r>
      <w:r>
        <w:rPr>
          <w:lang w:eastAsia="ko-KR"/>
        </w:rPr>
        <w:t xml:space="preserve"> </w:t>
      </w:r>
      <w:r>
        <w:rPr>
          <w:lang w:eastAsia="ko-KR"/>
        </w:rPr>
        <w:t>군</w:t>
      </w:r>
      <w:r>
        <w:rPr>
          <w:lang w:eastAsia="ko-KR"/>
        </w:rPr>
        <w:t>·</w:t>
      </w:r>
      <w:r>
        <w:rPr>
          <w:lang w:eastAsia="ko-KR"/>
        </w:rPr>
        <w:t>직할기관</w:t>
      </w:r>
      <w:r>
        <w:rPr>
          <w:lang w:eastAsia="ko-KR"/>
        </w:rPr>
        <w:t xml:space="preserve"> </w:t>
      </w:r>
      <w:r>
        <w:rPr>
          <w:lang w:eastAsia="ko-KR"/>
        </w:rPr>
        <w:t>하달</w:t>
      </w:r>
      <w:r>
        <w:rPr>
          <w:lang w:eastAsia="ko-KR"/>
        </w:rPr>
        <w:t xml:space="preserve"> </w:t>
      </w:r>
      <w:r>
        <w:rPr>
          <w:lang w:eastAsia="ko-KR"/>
        </w:rPr>
        <w:t>공문</w:t>
      </w:r>
    </w:p>
    <w:p w14:paraId="155940C8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대상</w:t>
      </w:r>
      <w:r>
        <w:rPr>
          <w:lang w:eastAsia="ko-KR"/>
        </w:rPr>
        <w:t xml:space="preserve"> </w:t>
      </w:r>
      <w:r>
        <w:rPr>
          <w:lang w:eastAsia="ko-KR"/>
        </w:rPr>
        <w:t>사전</w:t>
      </w:r>
      <w:r>
        <w:rPr>
          <w:lang w:eastAsia="ko-KR"/>
        </w:rPr>
        <w:t xml:space="preserve"> </w:t>
      </w:r>
      <w:r>
        <w:rPr>
          <w:lang w:eastAsia="ko-KR"/>
        </w:rPr>
        <w:t>통지</w:t>
      </w:r>
      <w:r>
        <w:rPr>
          <w:lang w:eastAsia="ko-KR"/>
        </w:rPr>
        <w:t>·</w:t>
      </w:r>
      <w:r>
        <w:rPr>
          <w:lang w:eastAsia="ko-KR"/>
        </w:rPr>
        <w:t>교육</w:t>
      </w:r>
      <w:r>
        <w:rPr>
          <w:lang w:eastAsia="ko-KR"/>
        </w:rPr>
        <w:t>·</w:t>
      </w:r>
      <w:r>
        <w:rPr>
          <w:lang w:eastAsia="ko-KR"/>
        </w:rPr>
        <w:t>게시</w:t>
      </w:r>
      <w:r>
        <w:rPr>
          <w:lang w:eastAsia="ko-KR"/>
        </w:rPr>
        <w:t>·</w:t>
      </w:r>
      <w:r>
        <w:rPr>
          <w:lang w:eastAsia="ko-KR"/>
        </w:rPr>
        <w:t>설명</w:t>
      </w:r>
      <w:r>
        <w:rPr>
          <w:lang w:eastAsia="ko-KR"/>
        </w:rPr>
        <w:t>·</w:t>
      </w:r>
      <w:r>
        <w:rPr>
          <w:lang w:eastAsia="ko-KR"/>
        </w:rPr>
        <w:t>의견수렴</w:t>
      </w:r>
      <w:r>
        <w:rPr>
          <w:lang w:eastAsia="ko-KR"/>
        </w:rPr>
        <w:t xml:space="preserve"> </w:t>
      </w:r>
      <w:r>
        <w:rPr>
          <w:lang w:eastAsia="ko-KR"/>
        </w:rPr>
        <w:t>자료</w:t>
      </w:r>
    </w:p>
    <w:p w14:paraId="1C16EDA2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군인</w:t>
      </w:r>
      <w:r>
        <w:rPr>
          <w:lang w:eastAsia="ko-KR"/>
        </w:rPr>
        <w:t>·</w:t>
      </w:r>
      <w:r>
        <w:rPr>
          <w:lang w:eastAsia="ko-KR"/>
        </w:rPr>
        <w:t>군무원의</w:t>
      </w:r>
      <w:r>
        <w:rPr>
          <w:lang w:eastAsia="ko-KR"/>
        </w:rPr>
        <w:t xml:space="preserve"> </w:t>
      </w:r>
      <w:r>
        <w:rPr>
          <w:lang w:eastAsia="ko-KR"/>
        </w:rPr>
        <w:t>평정단위</w:t>
      </w:r>
      <w:r>
        <w:rPr>
          <w:lang w:eastAsia="ko-KR"/>
        </w:rPr>
        <w:t xml:space="preserve">, </w:t>
      </w:r>
      <w:r>
        <w:rPr>
          <w:lang w:eastAsia="ko-KR"/>
        </w:rPr>
        <w:t>평정권자</w:t>
      </w:r>
      <w:r>
        <w:rPr>
          <w:lang w:eastAsia="ko-KR"/>
        </w:rPr>
        <w:t xml:space="preserve">, </w:t>
      </w:r>
      <w:r>
        <w:rPr>
          <w:lang w:eastAsia="ko-KR"/>
        </w:rPr>
        <w:t>평가항목</w:t>
      </w:r>
      <w:r>
        <w:rPr>
          <w:lang w:eastAsia="ko-KR"/>
        </w:rPr>
        <w:t>·</w:t>
      </w:r>
      <w:r>
        <w:rPr>
          <w:lang w:eastAsia="ko-KR"/>
        </w:rPr>
        <w:t>배점</w:t>
      </w:r>
      <w:r>
        <w:rPr>
          <w:lang w:eastAsia="ko-KR"/>
        </w:rPr>
        <w:t>·</w:t>
      </w:r>
      <w:r>
        <w:rPr>
          <w:lang w:eastAsia="ko-KR"/>
        </w:rPr>
        <w:t>척도</w:t>
      </w:r>
      <w:r>
        <w:rPr>
          <w:lang w:eastAsia="ko-KR"/>
        </w:rPr>
        <w:t xml:space="preserve">, </w:t>
      </w:r>
      <w:r>
        <w:rPr>
          <w:lang w:eastAsia="ko-KR"/>
        </w:rPr>
        <w:t>등급결정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인원배분</w:t>
      </w:r>
      <w:r>
        <w:rPr>
          <w:lang w:eastAsia="ko-KR"/>
        </w:rPr>
        <w:t xml:space="preserve">, </w:t>
      </w:r>
      <w:r>
        <w:rPr>
          <w:lang w:eastAsia="ko-KR"/>
        </w:rPr>
        <w:t>지급액</w:t>
      </w:r>
      <w:r>
        <w:rPr>
          <w:lang w:eastAsia="ko-KR"/>
        </w:rPr>
        <w:t xml:space="preserve"> </w:t>
      </w:r>
      <w:r>
        <w:rPr>
          <w:lang w:eastAsia="ko-KR"/>
        </w:rPr>
        <w:t>산정방식</w:t>
      </w:r>
      <w:r>
        <w:rPr>
          <w:lang w:eastAsia="ko-KR"/>
        </w:rPr>
        <w:t xml:space="preserve"> </w:t>
      </w:r>
      <w:r>
        <w:rPr>
          <w:lang w:eastAsia="ko-KR"/>
        </w:rPr>
        <w:t>자료</w:t>
      </w:r>
    </w:p>
    <w:p w14:paraId="36A72EF0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부대</w:t>
      </w:r>
      <w:r>
        <w:rPr>
          <w:lang w:eastAsia="ko-KR"/>
        </w:rPr>
        <w:t>·</w:t>
      </w:r>
      <w:r>
        <w:rPr>
          <w:lang w:eastAsia="ko-KR"/>
        </w:rPr>
        <w:t>평가집단별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/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인원수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군무원</w:t>
      </w:r>
      <w:r>
        <w:rPr>
          <w:lang w:eastAsia="ko-KR"/>
        </w:rPr>
        <w:t xml:space="preserve"> 6·7·8·9</w:t>
      </w:r>
      <w:r>
        <w:rPr>
          <w:lang w:eastAsia="ko-KR"/>
        </w:rPr>
        <w:t>급별</w:t>
      </w:r>
      <w:r>
        <w:rPr>
          <w:lang w:eastAsia="ko-KR"/>
        </w:rPr>
        <w:t xml:space="preserve"> </w:t>
      </w:r>
      <w:r>
        <w:rPr>
          <w:lang w:eastAsia="ko-KR"/>
        </w:rPr>
        <w:t>인원수</w:t>
      </w:r>
    </w:p>
    <w:p w14:paraId="46C08F88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평가위원</w:t>
      </w:r>
      <w:r>
        <w:rPr>
          <w:lang w:eastAsia="ko-KR"/>
        </w:rPr>
        <w:t>·</w:t>
      </w:r>
      <w:r>
        <w:rPr>
          <w:lang w:eastAsia="ko-KR"/>
        </w:rPr>
        <w:t>평정권자의</w:t>
      </w:r>
      <w:r>
        <w:rPr>
          <w:lang w:eastAsia="ko-KR"/>
        </w:rPr>
        <w:t xml:space="preserve"> </w:t>
      </w:r>
      <w:r>
        <w:rPr>
          <w:lang w:eastAsia="ko-KR"/>
        </w:rPr>
        <w:t>신분</w:t>
      </w:r>
      <w:r>
        <w:rPr>
          <w:lang w:eastAsia="ko-KR"/>
        </w:rPr>
        <w:t>·</w:t>
      </w:r>
      <w:r>
        <w:rPr>
          <w:lang w:eastAsia="ko-KR"/>
        </w:rPr>
        <w:t>계급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군무원</w:t>
      </w:r>
      <w:r>
        <w:rPr>
          <w:lang w:eastAsia="ko-KR"/>
        </w:rPr>
        <w:t xml:space="preserve"> </w:t>
      </w:r>
      <w:r>
        <w:rPr>
          <w:lang w:eastAsia="ko-KR"/>
        </w:rPr>
        <w:t>위원</w:t>
      </w:r>
      <w:r>
        <w:rPr>
          <w:lang w:eastAsia="ko-KR"/>
        </w:rPr>
        <w:t xml:space="preserve"> </w:t>
      </w:r>
      <w:r>
        <w:rPr>
          <w:lang w:eastAsia="ko-KR"/>
        </w:rPr>
        <w:t>참여</w:t>
      </w:r>
      <w:r>
        <w:rPr>
          <w:lang w:eastAsia="ko-KR"/>
        </w:rPr>
        <w:t xml:space="preserve"> </w:t>
      </w:r>
      <w:r>
        <w:rPr>
          <w:lang w:eastAsia="ko-KR"/>
        </w:rPr>
        <w:t>현황</w:t>
      </w:r>
    </w:p>
    <w:p w14:paraId="644F2A92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개인식별정보를</w:t>
      </w:r>
      <w:r>
        <w:rPr>
          <w:lang w:eastAsia="ko-KR"/>
        </w:rPr>
        <w:t xml:space="preserve"> </w:t>
      </w:r>
      <w:r>
        <w:rPr>
          <w:lang w:eastAsia="ko-KR"/>
        </w:rPr>
        <w:t>제외한</w:t>
      </w:r>
      <w:r>
        <w:rPr>
          <w:lang w:eastAsia="ko-KR"/>
        </w:rPr>
        <w:t xml:space="preserve"> </w:t>
      </w:r>
      <w:r>
        <w:rPr>
          <w:lang w:eastAsia="ko-KR"/>
        </w:rPr>
        <w:t>평가점수</w:t>
      </w:r>
      <w:r>
        <w:rPr>
          <w:lang w:eastAsia="ko-KR"/>
        </w:rPr>
        <w:t xml:space="preserve"> </w:t>
      </w:r>
      <w:r>
        <w:rPr>
          <w:lang w:eastAsia="ko-KR"/>
        </w:rPr>
        <w:t>분포</w:t>
      </w:r>
      <w:r>
        <w:rPr>
          <w:lang w:eastAsia="ko-KR"/>
        </w:rPr>
        <w:t xml:space="preserve">, </w:t>
      </w:r>
      <w:r>
        <w:rPr>
          <w:lang w:eastAsia="ko-KR"/>
        </w:rPr>
        <w:t>최초등급과</w:t>
      </w:r>
      <w:r>
        <w:rPr>
          <w:lang w:eastAsia="ko-KR"/>
        </w:rPr>
        <w:t xml:space="preserve"> </w:t>
      </w:r>
      <w:r>
        <w:rPr>
          <w:lang w:eastAsia="ko-KR"/>
        </w:rPr>
        <w:t>최종등급</w:t>
      </w:r>
      <w:r>
        <w:rPr>
          <w:lang w:eastAsia="ko-KR"/>
        </w:rPr>
        <w:t xml:space="preserve">, </w:t>
      </w:r>
      <w:r>
        <w:rPr>
          <w:lang w:eastAsia="ko-KR"/>
        </w:rPr>
        <w:t>위원회</w:t>
      </w:r>
      <w:r>
        <w:rPr>
          <w:lang w:eastAsia="ko-KR"/>
        </w:rPr>
        <w:t>·</w:t>
      </w:r>
      <w:r>
        <w:rPr>
          <w:lang w:eastAsia="ko-KR"/>
        </w:rPr>
        <w:t>조정과정의</w:t>
      </w:r>
      <w:r>
        <w:rPr>
          <w:lang w:eastAsia="ko-KR"/>
        </w:rPr>
        <w:t xml:space="preserve"> </w:t>
      </w:r>
      <w:r>
        <w:rPr>
          <w:lang w:eastAsia="ko-KR"/>
        </w:rPr>
        <w:t>등급변경</w:t>
      </w:r>
      <w:r>
        <w:rPr>
          <w:lang w:eastAsia="ko-KR"/>
        </w:rPr>
        <w:t xml:space="preserve"> </w:t>
      </w:r>
      <w:r>
        <w:rPr>
          <w:lang w:eastAsia="ko-KR"/>
        </w:rPr>
        <w:t>내역</w:t>
      </w:r>
    </w:p>
    <w:p w14:paraId="4C211EE5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2024~2026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부대별</w:t>
      </w:r>
      <w:r>
        <w:rPr>
          <w:lang w:eastAsia="ko-KR"/>
        </w:rPr>
        <w:t xml:space="preserve"> </w:t>
      </w:r>
      <w:r>
        <w:rPr>
          <w:lang w:eastAsia="ko-KR"/>
        </w:rPr>
        <w:t>통합</w:t>
      </w:r>
      <w:r>
        <w:rPr>
          <w:lang w:eastAsia="ko-KR"/>
        </w:rPr>
        <w:t>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여부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S/A/B/C/D </w:t>
      </w:r>
      <w:r>
        <w:rPr>
          <w:lang w:eastAsia="ko-KR"/>
        </w:rPr>
        <w:t>인원</w:t>
      </w:r>
      <w:r>
        <w:rPr>
          <w:lang w:eastAsia="ko-KR"/>
        </w:rPr>
        <w:t>·</w:t>
      </w:r>
      <w:r>
        <w:rPr>
          <w:lang w:eastAsia="ko-KR"/>
        </w:rPr>
        <w:t>비율</w:t>
      </w:r>
    </w:p>
    <w:p w14:paraId="2DAB1AB3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2024~2026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>·</w:t>
      </w:r>
      <w:r>
        <w:rPr>
          <w:lang w:eastAsia="ko-KR"/>
        </w:rPr>
        <w:t>직급별</w:t>
      </w:r>
      <w:r>
        <w:rPr>
          <w:lang w:eastAsia="ko-KR"/>
        </w:rPr>
        <w:t xml:space="preserve"> </w:t>
      </w:r>
      <w:r>
        <w:rPr>
          <w:lang w:eastAsia="ko-KR"/>
        </w:rPr>
        <w:t>평균</w:t>
      </w:r>
      <w:r>
        <w:rPr>
          <w:lang w:eastAsia="ko-KR"/>
        </w:rPr>
        <w:t xml:space="preserve"> </w:t>
      </w:r>
      <w:r>
        <w:rPr>
          <w:lang w:eastAsia="ko-KR"/>
        </w:rPr>
        <w:t>지급액과</w:t>
      </w:r>
      <w:r>
        <w:rPr>
          <w:lang w:eastAsia="ko-KR"/>
        </w:rPr>
        <w:t xml:space="preserve"> </w:t>
      </w:r>
      <w:r>
        <w:rPr>
          <w:lang w:eastAsia="ko-KR"/>
        </w:rPr>
        <w:t>등급별</w:t>
      </w:r>
      <w:r>
        <w:rPr>
          <w:lang w:eastAsia="ko-KR"/>
        </w:rPr>
        <w:t xml:space="preserve"> </w:t>
      </w:r>
      <w:r>
        <w:rPr>
          <w:lang w:eastAsia="ko-KR"/>
        </w:rPr>
        <w:t>지급인원</w:t>
      </w:r>
    </w:p>
    <w:p w14:paraId="182C00E6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통합평정의</w:t>
      </w:r>
      <w:r>
        <w:rPr>
          <w:lang w:eastAsia="ko-KR"/>
        </w:rPr>
        <w:t xml:space="preserve"> </w:t>
      </w:r>
      <w:r>
        <w:rPr>
          <w:lang w:eastAsia="ko-KR"/>
        </w:rPr>
        <w:t>불이익</w:t>
      </w:r>
      <w:r>
        <w:rPr>
          <w:lang w:eastAsia="ko-KR"/>
        </w:rPr>
        <w:t xml:space="preserve"> </w:t>
      </w:r>
      <w:r>
        <w:rPr>
          <w:lang w:eastAsia="ko-KR"/>
        </w:rPr>
        <w:t>가능성</w:t>
      </w:r>
      <w:r>
        <w:rPr>
          <w:lang w:eastAsia="ko-KR"/>
        </w:rPr>
        <w:t>·</w:t>
      </w:r>
      <w:r>
        <w:rPr>
          <w:lang w:eastAsia="ko-KR"/>
        </w:rPr>
        <w:t>공정성</w:t>
      </w:r>
      <w:r>
        <w:rPr>
          <w:lang w:eastAsia="ko-KR"/>
        </w:rPr>
        <w:t>·</w:t>
      </w:r>
      <w:r>
        <w:rPr>
          <w:lang w:eastAsia="ko-KR"/>
        </w:rPr>
        <w:t>비교가능성에</w:t>
      </w:r>
      <w:r>
        <w:rPr>
          <w:lang w:eastAsia="ko-KR"/>
        </w:rPr>
        <w:t xml:space="preserve"> </w:t>
      </w:r>
      <w:r>
        <w:rPr>
          <w:lang w:eastAsia="ko-KR"/>
        </w:rPr>
        <w:t>관한</w:t>
      </w:r>
      <w:r>
        <w:rPr>
          <w:lang w:eastAsia="ko-KR"/>
        </w:rPr>
        <w:t xml:space="preserve"> </w:t>
      </w:r>
      <w:r>
        <w:rPr>
          <w:lang w:eastAsia="ko-KR"/>
        </w:rPr>
        <w:t>사전</w:t>
      </w:r>
      <w:r>
        <w:rPr>
          <w:lang w:eastAsia="ko-KR"/>
        </w:rPr>
        <w:t>·</w:t>
      </w:r>
      <w:r>
        <w:rPr>
          <w:lang w:eastAsia="ko-KR"/>
        </w:rPr>
        <w:t>사후</w:t>
      </w:r>
      <w:r>
        <w:rPr>
          <w:lang w:eastAsia="ko-KR"/>
        </w:rPr>
        <w:t xml:space="preserve"> </w:t>
      </w:r>
      <w:r>
        <w:rPr>
          <w:lang w:eastAsia="ko-KR"/>
        </w:rPr>
        <w:t>검토자료</w:t>
      </w:r>
    </w:p>
    <w:p w14:paraId="6B2B300C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이의신청</w:t>
      </w:r>
      <w:r>
        <w:rPr>
          <w:lang w:eastAsia="ko-KR"/>
        </w:rPr>
        <w:t>·</w:t>
      </w:r>
      <w:r>
        <w:rPr>
          <w:lang w:eastAsia="ko-KR"/>
        </w:rPr>
        <w:t>재심사</w:t>
      </w:r>
      <w:r>
        <w:rPr>
          <w:lang w:eastAsia="ko-KR"/>
        </w:rPr>
        <w:t>·</w:t>
      </w:r>
      <w:r>
        <w:rPr>
          <w:lang w:eastAsia="ko-KR"/>
        </w:rPr>
        <w:t>조정</w:t>
      </w:r>
      <w:r>
        <w:rPr>
          <w:lang w:eastAsia="ko-KR"/>
        </w:rPr>
        <w:t>·</w:t>
      </w:r>
      <w:r>
        <w:rPr>
          <w:lang w:eastAsia="ko-KR"/>
        </w:rPr>
        <w:t>검증</w:t>
      </w:r>
      <w:r>
        <w:rPr>
          <w:lang w:eastAsia="ko-KR"/>
        </w:rPr>
        <w:t xml:space="preserve"> </w:t>
      </w:r>
      <w:r>
        <w:rPr>
          <w:lang w:eastAsia="ko-KR"/>
        </w:rPr>
        <w:t>절차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처리현황</w:t>
      </w:r>
    </w:p>
    <w:p w14:paraId="72DF3AE9" w14:textId="77777777" w:rsidR="00DF770C" w:rsidRDefault="00AE3CF0">
      <w:pPr>
        <w:pStyle w:val="a"/>
        <w:spacing w:after="40"/>
        <w:rPr>
          <w:lang w:eastAsia="ko-KR"/>
        </w:rPr>
      </w:pPr>
      <w:proofErr w:type="spellStart"/>
      <w:r>
        <w:rPr>
          <w:lang w:eastAsia="ko-KR"/>
        </w:rPr>
        <w:t>기지급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성과상여금의</w:t>
      </w:r>
      <w:r>
        <w:rPr>
          <w:lang w:eastAsia="ko-KR"/>
        </w:rPr>
        <w:t xml:space="preserve"> </w:t>
      </w:r>
      <w:r>
        <w:rPr>
          <w:lang w:eastAsia="ko-KR"/>
        </w:rPr>
        <w:t>적정성</w:t>
      </w:r>
      <w:r>
        <w:rPr>
          <w:lang w:eastAsia="ko-KR"/>
        </w:rPr>
        <w:t xml:space="preserve"> </w:t>
      </w:r>
      <w:r>
        <w:rPr>
          <w:lang w:eastAsia="ko-KR"/>
        </w:rPr>
        <w:t>사후검토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시정</w:t>
      </w:r>
      <w:r>
        <w:rPr>
          <w:lang w:eastAsia="ko-KR"/>
        </w:rPr>
        <w:t>·</w:t>
      </w:r>
      <w:r>
        <w:rPr>
          <w:lang w:eastAsia="ko-KR"/>
        </w:rPr>
        <w:t>재검토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자</w:t>
      </w:r>
      <w:r>
        <w:rPr>
          <w:lang w:eastAsia="ko-KR"/>
        </w:rPr>
        <w:t>료</w:t>
      </w:r>
    </w:p>
    <w:p w14:paraId="78E3F4E7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t xml:space="preserve">Ⅶ. </w:t>
      </w:r>
      <w:proofErr w:type="spellStart"/>
      <w:r>
        <w:rPr>
          <w:lang w:eastAsia="ko-KR"/>
        </w:rPr>
        <w:t>원자료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분석을</w:t>
      </w:r>
      <w:r>
        <w:rPr>
          <w:lang w:eastAsia="ko-KR"/>
        </w:rPr>
        <w:t xml:space="preserve"> </w:t>
      </w:r>
      <w:r>
        <w:rPr>
          <w:lang w:eastAsia="ko-KR"/>
        </w:rPr>
        <w:t>증거로</w:t>
      </w:r>
      <w:r>
        <w:rPr>
          <w:lang w:eastAsia="ko-KR"/>
        </w:rPr>
        <w:t xml:space="preserve"> </w:t>
      </w:r>
      <w:r>
        <w:rPr>
          <w:lang w:eastAsia="ko-KR"/>
        </w:rPr>
        <w:t>사용할</w:t>
      </w:r>
      <w:r>
        <w:rPr>
          <w:lang w:eastAsia="ko-KR"/>
        </w:rPr>
        <w:t xml:space="preserve"> </w:t>
      </w:r>
      <w:r>
        <w:rPr>
          <w:lang w:eastAsia="ko-KR"/>
        </w:rPr>
        <w:t>때의</w:t>
      </w:r>
      <w:r>
        <w:rPr>
          <w:lang w:eastAsia="ko-KR"/>
        </w:rPr>
        <w:t xml:space="preserve"> </w:t>
      </w:r>
      <w:r>
        <w:rPr>
          <w:lang w:eastAsia="ko-KR"/>
        </w:rPr>
        <w:t>표현</w:t>
      </w:r>
      <w:r>
        <w:rPr>
          <w:lang w:eastAsia="ko-KR"/>
        </w:rPr>
        <w:t xml:space="preserve"> </w:t>
      </w:r>
      <w:r>
        <w:rPr>
          <w:lang w:eastAsia="ko-KR"/>
        </w:rPr>
        <w:t>원칙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DF770C" w14:paraId="73B5C81B" w14:textId="77777777">
        <w:trPr>
          <w:jc w:val="center"/>
        </w:trPr>
        <w:tc>
          <w:tcPr>
            <w:tcW w:w="4986" w:type="dxa"/>
            <w:shd w:val="clear" w:color="auto" w:fill="D9EAF7"/>
          </w:tcPr>
          <w:p w14:paraId="5C373049" w14:textId="77777777" w:rsidR="00DF770C" w:rsidRDefault="00AE3CF0">
            <w:proofErr w:type="spellStart"/>
            <w:r>
              <w:rPr>
                <w:b/>
                <w:sz w:val="18"/>
              </w:rPr>
              <w:t>권장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표현</w:t>
            </w:r>
            <w:proofErr w:type="spellEnd"/>
          </w:p>
        </w:tc>
        <w:tc>
          <w:tcPr>
            <w:tcW w:w="4986" w:type="dxa"/>
            <w:shd w:val="clear" w:color="auto" w:fill="D9EAF7"/>
          </w:tcPr>
          <w:p w14:paraId="4C444FCA" w14:textId="77777777" w:rsidR="00DF770C" w:rsidRDefault="00AE3CF0">
            <w:r>
              <w:rPr>
                <w:b/>
                <w:sz w:val="18"/>
              </w:rPr>
              <w:t>피해야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할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단정</w:t>
            </w:r>
          </w:p>
        </w:tc>
      </w:tr>
      <w:tr w:rsidR="00DF770C" w14:paraId="58B67336" w14:textId="77777777">
        <w:trPr>
          <w:jc w:val="center"/>
        </w:trPr>
        <w:tc>
          <w:tcPr>
            <w:tcW w:w="4986" w:type="dxa"/>
          </w:tcPr>
          <w:p w14:paraId="1FCA97D7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“</w:t>
            </w:r>
            <w:r>
              <w:rPr>
                <w:sz w:val="18"/>
                <w:lang w:eastAsia="ko-KR"/>
              </w:rPr>
              <w:t>일부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통합평가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사례에서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큰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신분별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하방편향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격차가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관찰된다</w:t>
            </w:r>
            <w:r>
              <w:rPr>
                <w:sz w:val="18"/>
                <w:lang w:eastAsia="ko-KR"/>
              </w:rPr>
              <w:t>.”</w:t>
            </w:r>
          </w:p>
        </w:tc>
        <w:tc>
          <w:tcPr>
            <w:tcW w:w="4986" w:type="dxa"/>
          </w:tcPr>
          <w:p w14:paraId="3A2FD977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“</w:t>
            </w:r>
            <w:r>
              <w:rPr>
                <w:sz w:val="18"/>
                <w:lang w:eastAsia="ko-KR"/>
              </w:rPr>
              <w:t>통합평정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때문에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군무원이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차별받았다</w:t>
            </w:r>
            <w:proofErr w:type="spellEnd"/>
            <w:r>
              <w:rPr>
                <w:sz w:val="18"/>
                <w:lang w:eastAsia="ko-KR"/>
              </w:rPr>
              <w:t>.”</w:t>
            </w:r>
          </w:p>
        </w:tc>
      </w:tr>
      <w:tr w:rsidR="00DF770C" w14:paraId="75AF6254" w14:textId="77777777">
        <w:trPr>
          <w:jc w:val="center"/>
        </w:trPr>
        <w:tc>
          <w:tcPr>
            <w:tcW w:w="4986" w:type="dxa"/>
          </w:tcPr>
          <w:p w14:paraId="6A6EB54F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“</w:t>
            </w:r>
            <w:r>
              <w:rPr>
                <w:sz w:val="18"/>
                <w:lang w:eastAsia="ko-KR"/>
              </w:rPr>
              <w:t>통합</w:t>
            </w:r>
            <w:r>
              <w:rPr>
                <w:sz w:val="18"/>
                <w:lang w:eastAsia="ko-KR"/>
              </w:rPr>
              <w:t>·</w:t>
            </w:r>
            <w:proofErr w:type="spellStart"/>
            <w:r>
              <w:rPr>
                <w:sz w:val="18"/>
                <w:lang w:eastAsia="ko-KR"/>
              </w:rPr>
              <w:t>비통합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집단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평균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</w:rPr>
              <w:t>Δ</w:t>
            </w:r>
            <w:r>
              <w:rPr>
                <w:sz w:val="18"/>
                <w:lang w:eastAsia="ko-KR"/>
              </w:rPr>
              <w:t xml:space="preserve">D </w:t>
            </w:r>
            <w:r>
              <w:rPr>
                <w:sz w:val="18"/>
                <w:lang w:eastAsia="ko-KR"/>
              </w:rPr>
              <w:t>차이가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확인되어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원인조사가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필요하다</w:t>
            </w:r>
            <w:r>
              <w:rPr>
                <w:sz w:val="18"/>
                <w:lang w:eastAsia="ko-KR"/>
              </w:rPr>
              <w:t>.”</w:t>
            </w:r>
          </w:p>
        </w:tc>
        <w:tc>
          <w:tcPr>
            <w:tcW w:w="4986" w:type="dxa"/>
          </w:tcPr>
          <w:p w14:paraId="342E779C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“</w:t>
            </w:r>
            <w:r>
              <w:rPr>
                <w:sz w:val="18"/>
                <w:lang w:eastAsia="ko-KR"/>
              </w:rPr>
              <w:t>통합평정이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불이익의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원인임이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입증됐다</w:t>
            </w:r>
            <w:r>
              <w:rPr>
                <w:sz w:val="18"/>
                <w:lang w:eastAsia="ko-KR"/>
              </w:rPr>
              <w:t>.”</w:t>
            </w:r>
          </w:p>
        </w:tc>
      </w:tr>
      <w:tr w:rsidR="00DF770C" w14:paraId="69176AFD" w14:textId="77777777">
        <w:trPr>
          <w:jc w:val="center"/>
        </w:trPr>
        <w:tc>
          <w:tcPr>
            <w:tcW w:w="4986" w:type="dxa"/>
          </w:tcPr>
          <w:p w14:paraId="645C155E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“</w:t>
            </w:r>
            <w:r>
              <w:rPr>
                <w:sz w:val="18"/>
                <w:lang w:eastAsia="ko-KR"/>
              </w:rPr>
              <w:t>평가집단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구성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직급구성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평가위원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구성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추가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확인해야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한다</w:t>
            </w:r>
            <w:r>
              <w:rPr>
                <w:sz w:val="18"/>
                <w:lang w:eastAsia="ko-KR"/>
              </w:rPr>
              <w:t>.”</w:t>
            </w:r>
          </w:p>
        </w:tc>
        <w:tc>
          <w:tcPr>
            <w:tcW w:w="4986" w:type="dxa"/>
          </w:tcPr>
          <w:p w14:paraId="3BACA3DF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“</w:t>
            </w:r>
            <w:r>
              <w:rPr>
                <w:sz w:val="18"/>
                <w:lang w:eastAsia="ko-KR"/>
              </w:rPr>
              <w:t>군인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평가자가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의도적으로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낮은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등급을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줬다</w:t>
            </w:r>
            <w:r>
              <w:rPr>
                <w:sz w:val="18"/>
                <w:lang w:eastAsia="ko-KR"/>
              </w:rPr>
              <w:t>.”</w:t>
            </w:r>
          </w:p>
        </w:tc>
      </w:tr>
      <w:tr w:rsidR="00DF770C" w14:paraId="2300793D" w14:textId="77777777">
        <w:trPr>
          <w:jc w:val="center"/>
        </w:trPr>
        <w:tc>
          <w:tcPr>
            <w:tcW w:w="4986" w:type="dxa"/>
          </w:tcPr>
          <w:p w14:paraId="427068F7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“</w:t>
            </w:r>
            <w:r>
              <w:rPr>
                <w:sz w:val="18"/>
                <w:lang w:eastAsia="ko-KR"/>
              </w:rPr>
              <w:t>불합리한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결과가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확인될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경우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재검토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구제방안을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마련해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달라</w:t>
            </w:r>
            <w:r>
              <w:rPr>
                <w:sz w:val="18"/>
                <w:lang w:eastAsia="ko-KR"/>
              </w:rPr>
              <w:t>.”</w:t>
            </w:r>
          </w:p>
        </w:tc>
        <w:tc>
          <w:tcPr>
            <w:tcW w:w="4986" w:type="dxa"/>
          </w:tcPr>
          <w:p w14:paraId="6D77ABA3" w14:textId="77777777" w:rsidR="00DF770C" w:rsidRDefault="00AE3CF0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>증거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확인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특정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담당자의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위법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고의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책임을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확정하는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표현</w:t>
            </w:r>
          </w:p>
        </w:tc>
      </w:tr>
    </w:tbl>
    <w:p w14:paraId="6437D7B9" w14:textId="77777777" w:rsidR="00DF770C" w:rsidRDefault="00AE3CF0">
      <w:pPr>
        <w:pStyle w:val="1"/>
        <w:rPr>
          <w:lang w:eastAsia="ko-KR"/>
        </w:rPr>
      </w:pPr>
      <w:r>
        <w:rPr>
          <w:lang w:eastAsia="ko-KR"/>
        </w:rPr>
        <w:lastRenderedPageBreak/>
        <w:t xml:space="preserve">Ⅷ. </w:t>
      </w:r>
      <w:r>
        <w:rPr>
          <w:lang w:eastAsia="ko-KR"/>
        </w:rPr>
        <w:t>증거자료</w:t>
      </w:r>
      <w:r>
        <w:rPr>
          <w:lang w:eastAsia="ko-KR"/>
        </w:rPr>
        <w:t xml:space="preserve"> </w:t>
      </w:r>
      <w:r>
        <w:rPr>
          <w:lang w:eastAsia="ko-KR"/>
        </w:rPr>
        <w:t>편철</w:t>
      </w:r>
      <w:r>
        <w:rPr>
          <w:lang w:eastAsia="ko-KR"/>
        </w:rPr>
        <w:t xml:space="preserve"> </w:t>
      </w:r>
      <w:r>
        <w:rPr>
          <w:lang w:eastAsia="ko-KR"/>
        </w:rPr>
        <w:t>순서</w:t>
      </w:r>
      <w:r>
        <w:rPr>
          <w:lang w:eastAsia="ko-KR"/>
        </w:rPr>
        <w:t>(</w:t>
      </w:r>
      <w:r>
        <w:rPr>
          <w:lang w:eastAsia="ko-KR"/>
        </w:rPr>
        <w:t>권장</w:t>
      </w:r>
      <w:r>
        <w:rPr>
          <w:lang w:eastAsia="ko-KR"/>
        </w:rPr>
        <w:t>)</w:t>
      </w:r>
    </w:p>
    <w:p w14:paraId="4D5BC7BF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증</w:t>
      </w:r>
      <w:r>
        <w:rPr>
          <w:lang w:eastAsia="ko-KR"/>
        </w:rPr>
        <w:t xml:space="preserve"> </w:t>
      </w:r>
      <w:r>
        <w:rPr>
          <w:lang w:eastAsia="ko-KR"/>
        </w:rPr>
        <w:t>제</w:t>
      </w:r>
      <w:r>
        <w:rPr>
          <w:lang w:eastAsia="ko-KR"/>
        </w:rPr>
        <w:t>1</w:t>
      </w:r>
      <w:r>
        <w:rPr>
          <w:lang w:eastAsia="ko-KR"/>
        </w:rPr>
        <w:t>호</w:t>
      </w:r>
      <w:r>
        <w:rPr>
          <w:lang w:eastAsia="ko-KR"/>
        </w:rPr>
        <w:t xml:space="preserve">: </w:t>
      </w:r>
      <w:r>
        <w:rPr>
          <w:lang w:eastAsia="ko-KR"/>
        </w:rPr>
        <w:t>연도별</w:t>
      </w:r>
      <w:r>
        <w:rPr>
          <w:lang w:eastAsia="ko-KR"/>
        </w:rPr>
        <w:t xml:space="preserve"> </w:t>
      </w:r>
      <w:r>
        <w:rPr>
          <w:lang w:eastAsia="ko-KR"/>
        </w:rPr>
        <w:t>국방부</w:t>
      </w:r>
      <w:r>
        <w:rPr>
          <w:lang w:eastAsia="ko-KR"/>
        </w:rPr>
        <w:t xml:space="preserve"> </w:t>
      </w:r>
      <w:r>
        <w:rPr>
          <w:lang w:eastAsia="ko-KR"/>
        </w:rPr>
        <w:t>성과상여금</w:t>
      </w:r>
      <w:r>
        <w:rPr>
          <w:lang w:eastAsia="ko-KR"/>
        </w:rPr>
        <w:t xml:space="preserve"> </w:t>
      </w:r>
      <w:r>
        <w:rPr>
          <w:lang w:eastAsia="ko-KR"/>
        </w:rPr>
        <w:t>지침</w:t>
      </w:r>
      <w:r>
        <w:rPr>
          <w:lang w:eastAsia="ko-KR"/>
        </w:rPr>
        <w:t>·</w:t>
      </w:r>
      <w:r>
        <w:rPr>
          <w:lang w:eastAsia="ko-KR"/>
        </w:rPr>
        <w:t>공문</w:t>
      </w:r>
    </w:p>
    <w:p w14:paraId="550AC7AC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증</w:t>
      </w:r>
      <w:r>
        <w:rPr>
          <w:lang w:eastAsia="ko-KR"/>
        </w:rPr>
        <w:t xml:space="preserve"> </w:t>
      </w:r>
      <w:r>
        <w:rPr>
          <w:lang w:eastAsia="ko-KR"/>
        </w:rPr>
        <w:t>제</w:t>
      </w:r>
      <w:r>
        <w:rPr>
          <w:lang w:eastAsia="ko-KR"/>
        </w:rPr>
        <w:t>2</w:t>
      </w:r>
      <w:r>
        <w:rPr>
          <w:lang w:eastAsia="ko-KR"/>
        </w:rPr>
        <w:t>호</w:t>
      </w:r>
      <w:r>
        <w:rPr>
          <w:lang w:eastAsia="ko-KR"/>
        </w:rPr>
        <w:t xml:space="preserve">: </w:t>
      </w:r>
      <w:r>
        <w:rPr>
          <w:lang w:eastAsia="ko-KR"/>
        </w:rPr>
        <w:t>통합</w:t>
      </w:r>
      <w:r>
        <w:rPr>
          <w:lang w:eastAsia="ko-KR"/>
        </w:rPr>
        <w:t>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평가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확인할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원자료</w:t>
      </w:r>
      <w:proofErr w:type="spellEnd"/>
    </w:p>
    <w:p w14:paraId="199AF0CC" w14:textId="6E548B0D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증</w:t>
      </w:r>
      <w:r>
        <w:rPr>
          <w:lang w:eastAsia="ko-KR"/>
        </w:rPr>
        <w:t xml:space="preserve"> </w:t>
      </w:r>
      <w:r>
        <w:rPr>
          <w:lang w:eastAsia="ko-KR"/>
        </w:rPr>
        <w:t>제</w:t>
      </w:r>
      <w:r>
        <w:rPr>
          <w:lang w:eastAsia="ko-KR"/>
        </w:rPr>
        <w:t>3</w:t>
      </w:r>
      <w:r>
        <w:rPr>
          <w:lang w:eastAsia="ko-KR"/>
        </w:rPr>
        <w:t>호</w:t>
      </w:r>
      <w:r>
        <w:rPr>
          <w:lang w:eastAsia="ko-KR"/>
        </w:rPr>
        <w:t xml:space="preserve">: </w:t>
      </w:r>
      <w:r w:rsidR="00E3190B">
        <w:rPr>
          <w:rFonts w:hint="eastAsia"/>
          <w:lang w:eastAsia="ko-KR"/>
        </w:rPr>
        <w:t xml:space="preserve">파악된 </w:t>
      </w:r>
      <w:r>
        <w:rPr>
          <w:lang w:eastAsia="ko-KR"/>
        </w:rPr>
        <w:t>부대별</w:t>
      </w:r>
      <w:r>
        <w:rPr>
          <w:lang w:eastAsia="ko-KR"/>
        </w:rPr>
        <w:t>·</w:t>
      </w:r>
      <w:r>
        <w:rPr>
          <w:lang w:eastAsia="ko-KR"/>
        </w:rPr>
        <w:t>연도별</w:t>
      </w:r>
      <w:r>
        <w:rPr>
          <w:lang w:eastAsia="ko-KR"/>
        </w:rPr>
        <w:t xml:space="preserve"> </w:t>
      </w:r>
      <w:r>
        <w:rPr>
          <w:lang w:eastAsia="ko-KR"/>
        </w:rPr>
        <w:t>군인</w:t>
      </w:r>
      <w:r>
        <w:rPr>
          <w:lang w:eastAsia="ko-KR"/>
        </w:rPr>
        <w:t>/</w:t>
      </w:r>
      <w:r>
        <w:rPr>
          <w:lang w:eastAsia="ko-KR"/>
        </w:rPr>
        <w:t>군무원</w:t>
      </w:r>
      <w:r>
        <w:rPr>
          <w:lang w:eastAsia="ko-KR"/>
        </w:rPr>
        <w:t xml:space="preserve"> S/A/B/C/D </w:t>
      </w:r>
      <w:r>
        <w:rPr>
          <w:lang w:eastAsia="ko-KR"/>
        </w:rPr>
        <w:t>분포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원자료</w:t>
      </w:r>
      <w:proofErr w:type="spellEnd"/>
    </w:p>
    <w:p w14:paraId="012EB8E4" w14:textId="77777777" w:rsidR="00DF770C" w:rsidRDefault="00AE3CF0">
      <w:pPr>
        <w:pStyle w:val="a"/>
        <w:spacing w:after="40"/>
        <w:rPr>
          <w:lang w:eastAsia="ko-KR"/>
        </w:rPr>
      </w:pPr>
      <w:r>
        <w:rPr>
          <w:lang w:eastAsia="ko-KR"/>
        </w:rPr>
        <w:t>증</w:t>
      </w:r>
      <w:r>
        <w:rPr>
          <w:lang w:eastAsia="ko-KR"/>
        </w:rPr>
        <w:t xml:space="preserve"> </w:t>
      </w:r>
      <w:r>
        <w:rPr>
          <w:lang w:eastAsia="ko-KR"/>
        </w:rPr>
        <w:t>제</w:t>
      </w:r>
      <w:r>
        <w:rPr>
          <w:lang w:eastAsia="ko-KR"/>
        </w:rPr>
        <w:t>8</w:t>
      </w:r>
      <w:r>
        <w:rPr>
          <w:lang w:eastAsia="ko-KR"/>
        </w:rPr>
        <w:t>호</w:t>
      </w:r>
      <w:r>
        <w:rPr>
          <w:lang w:eastAsia="ko-KR"/>
        </w:rPr>
        <w:t xml:space="preserve">: </w:t>
      </w:r>
      <w:r>
        <w:rPr>
          <w:lang w:eastAsia="ko-KR"/>
        </w:rPr>
        <w:t>집단서명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대표자</w:t>
      </w:r>
      <w:r>
        <w:rPr>
          <w:lang w:eastAsia="ko-KR"/>
        </w:rPr>
        <w:t xml:space="preserve"> </w:t>
      </w:r>
      <w:r>
        <w:rPr>
          <w:lang w:eastAsia="ko-KR"/>
        </w:rPr>
        <w:t>선정서</w:t>
      </w:r>
    </w:p>
    <w:p w14:paraId="7877A884" w14:textId="77777777" w:rsidR="00DF770C" w:rsidRDefault="00AE3CF0">
      <w:pPr>
        <w:pStyle w:val="1"/>
      </w:pPr>
      <w:r>
        <w:t xml:space="preserve">Ⅸ. </w:t>
      </w:r>
      <w:r>
        <w:t>제출</w:t>
      </w:r>
      <w:r>
        <w:t xml:space="preserve"> </w:t>
      </w:r>
      <w:r>
        <w:t>전</w:t>
      </w:r>
      <w:r>
        <w:t xml:space="preserve"> </w:t>
      </w:r>
      <w:r>
        <w:t>최종</w:t>
      </w:r>
      <w:r>
        <w:t xml:space="preserve"> </w:t>
      </w:r>
      <w:r>
        <w:t>확인사항</w:t>
      </w:r>
    </w:p>
    <w:p w14:paraId="2188B7CF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원자료의</w:t>
      </w:r>
      <w:r>
        <w:rPr>
          <w:lang w:eastAsia="ko-KR"/>
        </w:rPr>
        <w:t xml:space="preserve"> ○/× </w:t>
      </w:r>
      <w:r>
        <w:rPr>
          <w:lang w:eastAsia="ko-KR"/>
        </w:rPr>
        <w:t>표시가</w:t>
      </w:r>
      <w:r>
        <w:rPr>
          <w:lang w:eastAsia="ko-KR"/>
        </w:rPr>
        <w:t xml:space="preserve"> </w:t>
      </w:r>
      <w:r>
        <w:rPr>
          <w:lang w:eastAsia="ko-KR"/>
        </w:rPr>
        <w:t>불명확한</w:t>
      </w:r>
      <w:r>
        <w:rPr>
          <w:lang w:eastAsia="ko-KR"/>
        </w:rPr>
        <w:t xml:space="preserve"> </w:t>
      </w:r>
      <w:r>
        <w:rPr>
          <w:lang w:eastAsia="ko-KR"/>
        </w:rPr>
        <w:t>부대</w:t>
      </w:r>
      <w:r>
        <w:rPr>
          <w:lang w:eastAsia="ko-KR"/>
        </w:rPr>
        <w:t>·</w:t>
      </w:r>
      <w:r>
        <w:rPr>
          <w:lang w:eastAsia="ko-KR"/>
        </w:rPr>
        <w:t>연도는</w:t>
      </w:r>
      <w:r>
        <w:rPr>
          <w:lang w:eastAsia="ko-KR"/>
        </w:rPr>
        <w:t xml:space="preserve"> ‘</w:t>
      </w:r>
      <w:r>
        <w:rPr>
          <w:lang w:eastAsia="ko-KR"/>
        </w:rPr>
        <w:t>확인</w:t>
      </w:r>
      <w:r>
        <w:rPr>
          <w:lang w:eastAsia="ko-KR"/>
        </w:rPr>
        <w:t xml:space="preserve"> </w:t>
      </w:r>
      <w:r>
        <w:rPr>
          <w:lang w:eastAsia="ko-KR"/>
        </w:rPr>
        <w:t>필요</w:t>
      </w:r>
      <w:r>
        <w:rPr>
          <w:lang w:eastAsia="ko-KR"/>
        </w:rPr>
        <w:t>’</w:t>
      </w:r>
      <w:r>
        <w:rPr>
          <w:lang w:eastAsia="ko-KR"/>
        </w:rPr>
        <w:t>로</w:t>
      </w:r>
      <w:r>
        <w:rPr>
          <w:lang w:eastAsia="ko-KR"/>
        </w:rPr>
        <w:t xml:space="preserve"> </w:t>
      </w:r>
      <w:r>
        <w:rPr>
          <w:lang w:eastAsia="ko-KR"/>
        </w:rPr>
        <w:t>유지하고</w:t>
      </w:r>
      <w:r>
        <w:rPr>
          <w:lang w:eastAsia="ko-KR"/>
        </w:rPr>
        <w:t xml:space="preserve"> </w:t>
      </w:r>
      <w:r>
        <w:rPr>
          <w:lang w:eastAsia="ko-KR"/>
        </w:rPr>
        <w:t>통합</w:t>
      </w:r>
      <w:r>
        <w:rPr>
          <w:lang w:eastAsia="ko-KR"/>
        </w:rPr>
        <w:t>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통계에</w:t>
      </w:r>
      <w:r>
        <w:rPr>
          <w:lang w:eastAsia="ko-KR"/>
        </w:rPr>
        <w:t xml:space="preserve"> </w:t>
      </w:r>
      <w:r>
        <w:rPr>
          <w:lang w:eastAsia="ko-KR"/>
        </w:rPr>
        <w:t>임의</w:t>
      </w:r>
      <w:r>
        <w:rPr>
          <w:lang w:eastAsia="ko-KR"/>
        </w:rPr>
        <w:t xml:space="preserve"> </w:t>
      </w:r>
      <w:r>
        <w:rPr>
          <w:lang w:eastAsia="ko-KR"/>
        </w:rPr>
        <w:t>편입하지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150035C7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D</w:t>
      </w:r>
      <w:r>
        <w:rPr>
          <w:lang w:eastAsia="ko-KR"/>
        </w:rPr>
        <w:t>와</w:t>
      </w:r>
      <w:r>
        <w:rPr>
          <w:lang w:eastAsia="ko-KR"/>
        </w:rPr>
        <w:t xml:space="preserve"> </w:t>
      </w:r>
      <w:r>
        <w:t>Δ</w:t>
      </w:r>
      <w:r>
        <w:rPr>
          <w:lang w:eastAsia="ko-KR"/>
        </w:rPr>
        <w:t>D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자체</w:t>
      </w:r>
      <w:r>
        <w:rPr>
          <w:lang w:eastAsia="ko-KR"/>
        </w:rPr>
        <w:t xml:space="preserve"> </w:t>
      </w:r>
      <w:r>
        <w:rPr>
          <w:lang w:eastAsia="ko-KR"/>
        </w:rPr>
        <w:t>분석지표임을</w:t>
      </w:r>
      <w:r>
        <w:rPr>
          <w:lang w:eastAsia="ko-KR"/>
        </w:rPr>
        <w:t xml:space="preserve"> </w:t>
      </w:r>
      <w:r>
        <w:rPr>
          <w:lang w:eastAsia="ko-KR"/>
        </w:rPr>
        <w:t>명확히</w:t>
      </w:r>
      <w:r>
        <w:rPr>
          <w:lang w:eastAsia="ko-KR"/>
        </w:rPr>
        <w:t xml:space="preserve"> </w:t>
      </w:r>
      <w:r>
        <w:rPr>
          <w:lang w:eastAsia="ko-KR"/>
        </w:rPr>
        <w:t>표시하고</w:t>
      </w:r>
      <w:r>
        <w:rPr>
          <w:lang w:eastAsia="ko-KR"/>
        </w:rPr>
        <w:t xml:space="preserve">, </w:t>
      </w:r>
      <w:r>
        <w:rPr>
          <w:lang w:eastAsia="ko-KR"/>
        </w:rPr>
        <w:t>공식</w:t>
      </w:r>
      <w:r>
        <w:rPr>
          <w:lang w:eastAsia="ko-KR"/>
        </w:rPr>
        <w:t xml:space="preserve"> </w:t>
      </w:r>
      <w:r>
        <w:rPr>
          <w:lang w:eastAsia="ko-KR"/>
        </w:rPr>
        <w:t>행정통계나</w:t>
      </w:r>
      <w:r>
        <w:rPr>
          <w:lang w:eastAsia="ko-KR"/>
        </w:rPr>
        <w:t xml:space="preserve"> </w:t>
      </w:r>
      <w:r>
        <w:rPr>
          <w:lang w:eastAsia="ko-KR"/>
        </w:rPr>
        <w:t>법정</w:t>
      </w:r>
      <w:r>
        <w:rPr>
          <w:lang w:eastAsia="ko-KR"/>
        </w:rPr>
        <w:t xml:space="preserve"> </w:t>
      </w:r>
      <w:r>
        <w:rPr>
          <w:lang w:eastAsia="ko-KR"/>
        </w:rPr>
        <w:t>지표처럼</w:t>
      </w:r>
      <w:r>
        <w:rPr>
          <w:lang w:eastAsia="ko-KR"/>
        </w:rPr>
        <w:t xml:space="preserve"> </w:t>
      </w:r>
      <w:r>
        <w:rPr>
          <w:lang w:eastAsia="ko-KR"/>
        </w:rPr>
        <w:t>표현하지</w:t>
      </w:r>
      <w:r>
        <w:rPr>
          <w:lang w:eastAsia="ko-KR"/>
        </w:rPr>
        <w:t xml:space="preserve"> </w:t>
      </w:r>
      <w:r>
        <w:rPr>
          <w:lang w:eastAsia="ko-KR"/>
        </w:rPr>
        <w:t>않는다</w:t>
      </w:r>
      <w:r>
        <w:rPr>
          <w:lang w:eastAsia="ko-KR"/>
        </w:rPr>
        <w:t>.</w:t>
      </w:r>
    </w:p>
    <w:p w14:paraId="441BC1E6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 xml:space="preserve">2024~2026 </w:t>
      </w:r>
      <w:proofErr w:type="spellStart"/>
      <w:r>
        <w:rPr>
          <w:lang w:eastAsia="ko-KR"/>
        </w:rPr>
        <w:t>원자료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분석과</w:t>
      </w:r>
      <w:r>
        <w:rPr>
          <w:lang w:eastAsia="ko-KR"/>
        </w:rPr>
        <w:t xml:space="preserve"> 2023~2026 </w:t>
      </w:r>
      <w:r>
        <w:rPr>
          <w:lang w:eastAsia="ko-KR"/>
        </w:rPr>
        <w:t>지침</w:t>
      </w:r>
      <w:r>
        <w:rPr>
          <w:lang w:eastAsia="ko-KR"/>
        </w:rPr>
        <w:t>·</w:t>
      </w:r>
      <w:r>
        <w:rPr>
          <w:lang w:eastAsia="ko-KR"/>
        </w:rPr>
        <w:t>변경경위</w:t>
      </w:r>
      <w:r>
        <w:rPr>
          <w:lang w:eastAsia="ko-KR"/>
        </w:rPr>
        <w:t xml:space="preserve"> </w:t>
      </w:r>
      <w:r>
        <w:rPr>
          <w:lang w:eastAsia="ko-KR"/>
        </w:rPr>
        <w:t>조사를</w:t>
      </w:r>
      <w:r>
        <w:rPr>
          <w:lang w:eastAsia="ko-KR"/>
        </w:rPr>
        <w:t xml:space="preserve"> </w:t>
      </w:r>
      <w:r>
        <w:rPr>
          <w:lang w:eastAsia="ko-KR"/>
        </w:rPr>
        <w:t>구분한다</w:t>
      </w:r>
      <w:r>
        <w:rPr>
          <w:lang w:eastAsia="ko-KR"/>
        </w:rPr>
        <w:t>.</w:t>
      </w:r>
    </w:p>
    <w:p w14:paraId="77EA6DA4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개인자료는</w:t>
      </w:r>
      <w:r>
        <w:rPr>
          <w:lang w:eastAsia="ko-KR"/>
        </w:rPr>
        <w:t xml:space="preserve"> </w:t>
      </w:r>
      <w:r>
        <w:rPr>
          <w:lang w:eastAsia="ko-KR"/>
        </w:rPr>
        <w:t>성명</w:t>
      </w:r>
      <w:r>
        <w:rPr>
          <w:lang w:eastAsia="ko-KR"/>
        </w:rPr>
        <w:t>·</w:t>
      </w:r>
      <w:r>
        <w:rPr>
          <w:lang w:eastAsia="ko-KR"/>
        </w:rPr>
        <w:t>연락처</w:t>
      </w:r>
      <w:r>
        <w:rPr>
          <w:lang w:eastAsia="ko-KR"/>
        </w:rPr>
        <w:t>·</w:t>
      </w:r>
      <w:r>
        <w:rPr>
          <w:lang w:eastAsia="ko-KR"/>
        </w:rPr>
        <w:t>군번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식별정보를</w:t>
      </w:r>
      <w:r>
        <w:rPr>
          <w:lang w:eastAsia="ko-KR"/>
        </w:rPr>
        <w:t xml:space="preserve"> </w:t>
      </w:r>
      <w:r>
        <w:rPr>
          <w:lang w:eastAsia="ko-KR"/>
        </w:rPr>
        <w:t>삭제하고</w:t>
      </w:r>
      <w:r>
        <w:rPr>
          <w:lang w:eastAsia="ko-KR"/>
        </w:rPr>
        <w:t xml:space="preserve"> </w:t>
      </w:r>
      <w:r>
        <w:rPr>
          <w:lang w:eastAsia="ko-KR"/>
        </w:rPr>
        <w:t>증거번호와</w:t>
      </w:r>
      <w:r>
        <w:rPr>
          <w:lang w:eastAsia="ko-KR"/>
        </w:rPr>
        <w:t xml:space="preserve"> </w:t>
      </w:r>
      <w:r>
        <w:rPr>
          <w:lang w:eastAsia="ko-KR"/>
        </w:rPr>
        <w:t>연결한다</w:t>
      </w:r>
      <w:r>
        <w:rPr>
          <w:lang w:eastAsia="ko-KR"/>
        </w:rPr>
        <w:t>.</w:t>
      </w:r>
    </w:p>
    <w:p w14:paraId="777D2BA7" w14:textId="77777777" w:rsidR="00DF770C" w:rsidRDefault="00AE3CF0">
      <w:pPr>
        <w:pStyle w:val="a0"/>
        <w:spacing w:after="40"/>
        <w:rPr>
          <w:lang w:eastAsia="ko-KR"/>
        </w:rPr>
      </w:pPr>
      <w:r>
        <w:rPr>
          <w:lang w:eastAsia="ko-KR"/>
        </w:rPr>
        <w:t>기관별</w:t>
      </w:r>
      <w:r>
        <w:rPr>
          <w:lang w:eastAsia="ko-KR"/>
        </w:rPr>
        <w:t xml:space="preserve"> </w:t>
      </w:r>
      <w:r>
        <w:rPr>
          <w:lang w:eastAsia="ko-KR"/>
        </w:rPr>
        <w:t>제출문은</w:t>
      </w:r>
      <w:r>
        <w:rPr>
          <w:lang w:eastAsia="ko-KR"/>
        </w:rPr>
        <w:t xml:space="preserve"> </w:t>
      </w:r>
      <w:r>
        <w:rPr>
          <w:lang w:eastAsia="ko-KR"/>
        </w:rPr>
        <w:t>동일한</w:t>
      </w:r>
      <w:r>
        <w:rPr>
          <w:lang w:eastAsia="ko-KR"/>
        </w:rPr>
        <w:t xml:space="preserve"> </w:t>
      </w:r>
      <w:r>
        <w:rPr>
          <w:lang w:eastAsia="ko-KR"/>
        </w:rPr>
        <w:t>사실관계를</w:t>
      </w:r>
      <w:r>
        <w:rPr>
          <w:lang w:eastAsia="ko-KR"/>
        </w:rPr>
        <w:t xml:space="preserve"> </w:t>
      </w:r>
      <w:r>
        <w:rPr>
          <w:lang w:eastAsia="ko-KR"/>
        </w:rPr>
        <w:t>사용하되</w:t>
      </w:r>
      <w:r>
        <w:rPr>
          <w:lang w:eastAsia="ko-KR"/>
        </w:rPr>
        <w:t xml:space="preserve"> </w:t>
      </w:r>
      <w:r>
        <w:rPr>
          <w:lang w:eastAsia="ko-KR"/>
        </w:rPr>
        <w:t>대통령실은</w:t>
      </w:r>
      <w:r>
        <w:rPr>
          <w:lang w:eastAsia="ko-KR"/>
        </w:rPr>
        <w:t xml:space="preserve"> </w:t>
      </w:r>
      <w:r>
        <w:rPr>
          <w:lang w:eastAsia="ko-KR"/>
        </w:rPr>
        <w:t>종합점검</w:t>
      </w:r>
      <w:r>
        <w:rPr>
          <w:lang w:eastAsia="ko-KR"/>
        </w:rPr>
        <w:t>·</w:t>
      </w:r>
      <w:r>
        <w:rPr>
          <w:lang w:eastAsia="ko-KR"/>
        </w:rPr>
        <w:t>제도개선</w:t>
      </w:r>
      <w:r>
        <w:rPr>
          <w:lang w:eastAsia="ko-KR"/>
        </w:rPr>
        <w:t xml:space="preserve">, </w:t>
      </w:r>
      <w:r>
        <w:rPr>
          <w:lang w:eastAsia="ko-KR"/>
        </w:rPr>
        <w:t>감사원은</w:t>
      </w:r>
      <w:r>
        <w:rPr>
          <w:lang w:eastAsia="ko-KR"/>
        </w:rPr>
        <w:t xml:space="preserve"> </w:t>
      </w:r>
      <w:r>
        <w:rPr>
          <w:lang w:eastAsia="ko-KR"/>
        </w:rPr>
        <w:t>설계</w:t>
      </w:r>
      <w:r>
        <w:rPr>
          <w:lang w:eastAsia="ko-KR"/>
        </w:rPr>
        <w:t>·</w:t>
      </w:r>
      <w:r>
        <w:rPr>
          <w:lang w:eastAsia="ko-KR"/>
        </w:rPr>
        <w:t>집행의</w:t>
      </w:r>
      <w:r>
        <w:rPr>
          <w:lang w:eastAsia="ko-KR"/>
        </w:rPr>
        <w:t xml:space="preserve"> </w:t>
      </w:r>
      <w:r>
        <w:rPr>
          <w:lang w:eastAsia="ko-KR"/>
        </w:rPr>
        <w:t>적정성</w:t>
      </w:r>
      <w:r>
        <w:rPr>
          <w:lang w:eastAsia="ko-KR"/>
        </w:rPr>
        <w:t xml:space="preserve">, </w:t>
      </w:r>
      <w:r>
        <w:rPr>
          <w:lang w:eastAsia="ko-KR"/>
        </w:rPr>
        <w:t>권익위는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집단고충</w:t>
      </w:r>
      <w:proofErr w:type="spellEnd"/>
      <w:r>
        <w:rPr>
          <w:lang w:eastAsia="ko-KR"/>
        </w:rPr>
        <w:t>·</w:t>
      </w:r>
      <w:r>
        <w:rPr>
          <w:lang w:eastAsia="ko-KR"/>
        </w:rPr>
        <w:t>시정</w:t>
      </w:r>
      <w:r>
        <w:rPr>
          <w:lang w:eastAsia="ko-KR"/>
        </w:rPr>
        <w:t>·</w:t>
      </w:r>
      <w:r>
        <w:rPr>
          <w:lang w:eastAsia="ko-KR"/>
        </w:rPr>
        <w:t>구제에</w:t>
      </w:r>
      <w:r>
        <w:rPr>
          <w:lang w:eastAsia="ko-KR"/>
        </w:rPr>
        <w:t xml:space="preserve"> </w:t>
      </w:r>
      <w:r>
        <w:rPr>
          <w:lang w:eastAsia="ko-KR"/>
        </w:rPr>
        <w:t>초점을</w:t>
      </w:r>
      <w:r>
        <w:rPr>
          <w:lang w:eastAsia="ko-KR"/>
        </w:rPr>
        <w:t xml:space="preserve"> </w:t>
      </w:r>
      <w:r>
        <w:rPr>
          <w:lang w:eastAsia="ko-KR"/>
        </w:rPr>
        <w:t>둔다</w:t>
      </w:r>
      <w:r>
        <w:rPr>
          <w:lang w:eastAsia="ko-KR"/>
        </w:rPr>
        <w:t>.</w:t>
      </w:r>
    </w:p>
    <w:p w14:paraId="1800A845" w14:textId="77777777" w:rsidR="00DF770C" w:rsidRDefault="00DF770C">
      <w:pPr>
        <w:rPr>
          <w:lang w:eastAsia="ko-KR"/>
        </w:rPr>
      </w:pPr>
    </w:p>
    <w:p w14:paraId="446A75FB" w14:textId="77777777" w:rsidR="00B53F18" w:rsidRDefault="00B53F18">
      <w:pPr>
        <w:jc w:val="center"/>
        <w:rPr>
          <w:b/>
          <w:lang w:eastAsia="ko-KR"/>
        </w:rPr>
      </w:pPr>
    </w:p>
    <w:p w14:paraId="153D4D45" w14:textId="77777777" w:rsidR="00B53F18" w:rsidRDefault="00B53F18">
      <w:pPr>
        <w:jc w:val="center"/>
        <w:rPr>
          <w:b/>
          <w:lang w:eastAsia="ko-KR"/>
        </w:rPr>
      </w:pPr>
    </w:p>
    <w:p w14:paraId="3F0B07C6" w14:textId="77777777" w:rsidR="00B53F18" w:rsidRDefault="00B53F18">
      <w:pPr>
        <w:jc w:val="center"/>
        <w:rPr>
          <w:b/>
          <w:lang w:eastAsia="ko-KR"/>
        </w:rPr>
      </w:pPr>
    </w:p>
    <w:p w14:paraId="6C44299E" w14:textId="250334B1" w:rsidR="00DF770C" w:rsidRDefault="00AE3CF0">
      <w:pPr>
        <w:jc w:val="center"/>
        <w:rPr>
          <w:lang w:eastAsia="ko-KR"/>
        </w:rPr>
      </w:pPr>
      <w:r>
        <w:rPr>
          <w:b/>
          <w:lang w:eastAsia="ko-KR"/>
        </w:rPr>
        <w:t>대표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제출인</w:t>
      </w:r>
      <w:r>
        <w:rPr>
          <w:b/>
          <w:lang w:eastAsia="ko-KR"/>
        </w:rPr>
        <w:t xml:space="preserve">: ____________________    </w:t>
      </w:r>
      <w:r>
        <w:rPr>
          <w:b/>
          <w:lang w:eastAsia="ko-KR"/>
        </w:rPr>
        <w:t>연락처</w:t>
      </w:r>
      <w:r>
        <w:rPr>
          <w:b/>
          <w:lang w:eastAsia="ko-KR"/>
        </w:rPr>
        <w:t>: ____________________</w:t>
      </w:r>
      <w:r>
        <w:rPr>
          <w:b/>
          <w:lang w:eastAsia="ko-KR"/>
        </w:rPr>
        <w:br/>
        <w:t>20____</w:t>
      </w:r>
      <w:r>
        <w:rPr>
          <w:b/>
          <w:lang w:eastAsia="ko-KR"/>
        </w:rPr>
        <w:t>년</w:t>
      </w:r>
      <w:r>
        <w:rPr>
          <w:b/>
          <w:lang w:eastAsia="ko-KR"/>
        </w:rPr>
        <w:t xml:space="preserve"> ____</w:t>
      </w:r>
      <w:r>
        <w:rPr>
          <w:b/>
          <w:lang w:eastAsia="ko-KR"/>
        </w:rPr>
        <w:t>월</w:t>
      </w:r>
      <w:r>
        <w:rPr>
          <w:b/>
          <w:lang w:eastAsia="ko-KR"/>
        </w:rPr>
        <w:t xml:space="preserve"> ____</w:t>
      </w:r>
      <w:r>
        <w:rPr>
          <w:b/>
          <w:lang w:eastAsia="ko-KR"/>
        </w:rPr>
        <w:t>일</w:t>
      </w:r>
    </w:p>
    <w:sectPr w:rsidR="00DF770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0234" w14:textId="77777777" w:rsidR="00AE3CF0" w:rsidRDefault="00AE3CF0" w:rsidP="00B53F18">
      <w:pPr>
        <w:spacing w:after="0" w:line="240" w:lineRule="auto"/>
      </w:pPr>
      <w:r>
        <w:separator/>
      </w:r>
    </w:p>
  </w:endnote>
  <w:endnote w:type="continuationSeparator" w:id="0">
    <w:p w14:paraId="2B259A1D" w14:textId="77777777" w:rsidR="00AE3CF0" w:rsidRDefault="00AE3CF0" w:rsidP="00B53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56B6E" w14:textId="77777777" w:rsidR="00AE3CF0" w:rsidRDefault="00AE3CF0" w:rsidP="00B53F18">
      <w:pPr>
        <w:spacing w:after="0" w:line="240" w:lineRule="auto"/>
      </w:pPr>
      <w:r>
        <w:separator/>
      </w:r>
    </w:p>
  </w:footnote>
  <w:footnote w:type="continuationSeparator" w:id="0">
    <w:p w14:paraId="6F7485D3" w14:textId="77777777" w:rsidR="00AE3CF0" w:rsidRDefault="00AE3CF0" w:rsidP="00B53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AE3CF0"/>
    <w:rsid w:val="00B47730"/>
    <w:rsid w:val="00B53F18"/>
    <w:rsid w:val="00CB0664"/>
    <w:rsid w:val="00D85028"/>
    <w:rsid w:val="00DF770C"/>
    <w:rsid w:val="00E319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64217C"/>
  <w14:defaultImageDpi w14:val="300"/>
  <w15:docId w15:val="{807A5BF3-77F9-4309-A6B8-48AA066F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691</Words>
  <Characters>3943</Characters>
  <Application>Microsoft Office Word</Application>
  <DocSecurity>0</DocSecurity>
  <Lines>32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2026-10-26T16:07:00Z</dcterms:created>
  <dcterms:modified xsi:type="dcterms:W3CDTF">2026-10-26T16:07:00Z</dcterms:modified>
  <cp:category/>
</cp:coreProperties>
</file>