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FA638" w14:textId="77777777" w:rsidR="00BA4664" w:rsidRDefault="002D1112">
      <w:pPr>
        <w:jc w:val="center"/>
        <w:rPr>
          <w:lang w:eastAsia="ko-KR"/>
        </w:rPr>
      </w:pPr>
      <w:r>
        <w:rPr>
          <w:b/>
          <w:sz w:val="32"/>
          <w:lang w:eastAsia="ko-KR"/>
        </w:rPr>
        <w:t>청구인</w:t>
      </w:r>
      <w:r>
        <w:rPr>
          <w:b/>
          <w:sz w:val="32"/>
          <w:lang w:eastAsia="ko-KR"/>
        </w:rPr>
        <w:t xml:space="preserve"> </w:t>
      </w:r>
      <w:proofErr w:type="spellStart"/>
      <w:r>
        <w:rPr>
          <w:b/>
          <w:sz w:val="32"/>
          <w:lang w:eastAsia="ko-KR"/>
        </w:rPr>
        <w:t>연명부</w:t>
      </w:r>
      <w:proofErr w:type="spellEnd"/>
    </w:p>
    <w:p w14:paraId="183899AD" w14:textId="77777777" w:rsidR="00BA4664" w:rsidRDefault="002D1112">
      <w:pPr>
        <w:rPr>
          <w:lang w:eastAsia="ko-KR"/>
        </w:rPr>
      </w:pPr>
      <w:r>
        <w:rPr>
          <w:b/>
          <w:lang w:eastAsia="ko-KR"/>
        </w:rPr>
        <w:t xml:space="preserve">□ </w:t>
      </w:r>
      <w:r>
        <w:rPr>
          <w:b/>
          <w:lang w:eastAsia="ko-KR"/>
        </w:rPr>
        <w:t>감사청구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제목</w:t>
      </w:r>
    </w:p>
    <w:p w14:paraId="4E6C3878" w14:textId="77777777" w:rsidR="00BA4664" w:rsidRDefault="002D1112">
      <w:pPr>
        <w:rPr>
          <w:lang w:eastAsia="ko-KR"/>
        </w:rPr>
      </w:pPr>
      <w:r>
        <w:rPr>
          <w:lang w:eastAsia="ko-KR"/>
        </w:rPr>
        <w:t>국방부</w:t>
      </w:r>
      <w:r>
        <w:rPr>
          <w:lang w:eastAsia="ko-KR"/>
        </w:rPr>
        <w:t xml:space="preserve"> </w:t>
      </w:r>
      <w:r>
        <w:rPr>
          <w:lang w:eastAsia="ko-KR"/>
        </w:rPr>
        <w:t>군인</w:t>
      </w:r>
      <w:r>
        <w:rPr>
          <w:lang w:eastAsia="ko-KR"/>
        </w:rPr>
        <w:t>·</w:t>
      </w:r>
      <w:r>
        <w:rPr>
          <w:lang w:eastAsia="ko-KR"/>
        </w:rPr>
        <w:t>군무원</w:t>
      </w:r>
      <w:r>
        <w:rPr>
          <w:lang w:eastAsia="ko-KR"/>
        </w:rPr>
        <w:t xml:space="preserve"> </w:t>
      </w:r>
      <w:r>
        <w:rPr>
          <w:lang w:eastAsia="ko-KR"/>
        </w:rPr>
        <w:t>성과상여금</w:t>
      </w:r>
      <w:r>
        <w:rPr>
          <w:lang w:eastAsia="ko-KR"/>
        </w:rPr>
        <w:t xml:space="preserve"> </w:t>
      </w:r>
      <w:r>
        <w:rPr>
          <w:lang w:eastAsia="ko-KR"/>
        </w:rPr>
        <w:t>통합평정</w:t>
      </w:r>
      <w:r>
        <w:rPr>
          <w:lang w:eastAsia="ko-KR"/>
        </w:rPr>
        <w:t xml:space="preserve"> </w:t>
      </w:r>
      <w:r>
        <w:rPr>
          <w:lang w:eastAsia="ko-KR"/>
        </w:rPr>
        <w:t>제도</w:t>
      </w:r>
      <w:r>
        <w:rPr>
          <w:lang w:eastAsia="ko-KR"/>
        </w:rPr>
        <w:t xml:space="preserve"> </w:t>
      </w:r>
      <w:r>
        <w:rPr>
          <w:lang w:eastAsia="ko-KR"/>
        </w:rPr>
        <w:t>설계</w:t>
      </w:r>
      <w:r>
        <w:rPr>
          <w:lang w:eastAsia="ko-KR"/>
        </w:rPr>
        <w:t>·</w:t>
      </w:r>
      <w:r>
        <w:rPr>
          <w:lang w:eastAsia="ko-KR"/>
        </w:rPr>
        <w:t>집행의</w:t>
      </w:r>
      <w:r>
        <w:rPr>
          <w:lang w:eastAsia="ko-KR"/>
        </w:rPr>
        <w:t xml:space="preserve"> </w:t>
      </w:r>
      <w:r>
        <w:rPr>
          <w:lang w:eastAsia="ko-KR"/>
        </w:rPr>
        <w:t>적정성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책임소재에</w:t>
      </w:r>
      <w:r>
        <w:rPr>
          <w:lang w:eastAsia="ko-KR"/>
        </w:rPr>
        <w:t xml:space="preserve"> </w:t>
      </w:r>
      <w:r>
        <w:rPr>
          <w:lang w:eastAsia="ko-KR"/>
        </w:rPr>
        <w:t>대한</w:t>
      </w:r>
      <w:r>
        <w:rPr>
          <w:lang w:eastAsia="ko-KR"/>
        </w:rPr>
        <w:t xml:space="preserve"> </w:t>
      </w:r>
      <w:r>
        <w:rPr>
          <w:lang w:eastAsia="ko-KR"/>
        </w:rPr>
        <w:t>국민감사청구</w:t>
      </w:r>
    </w:p>
    <w:p w14:paraId="28BF3D65" w14:textId="77777777" w:rsidR="00BA4664" w:rsidRDefault="002D1112">
      <w:pPr>
        <w:rPr>
          <w:lang w:eastAsia="ko-KR"/>
        </w:rPr>
      </w:pPr>
      <w:r>
        <w:rPr>
          <w:b/>
          <w:lang w:eastAsia="ko-KR"/>
        </w:rPr>
        <w:t xml:space="preserve">□ </w:t>
      </w:r>
      <w:r>
        <w:rPr>
          <w:b/>
          <w:lang w:eastAsia="ko-KR"/>
        </w:rPr>
        <w:t>감사청구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사항</w:t>
      </w:r>
      <w:r>
        <w:rPr>
          <w:b/>
          <w:lang w:eastAsia="ko-KR"/>
        </w:rPr>
        <w:t xml:space="preserve"> (</w:t>
      </w:r>
      <w:r>
        <w:rPr>
          <w:b/>
          <w:lang w:eastAsia="ko-KR"/>
        </w:rPr>
        <w:t>원본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서식의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항목별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기재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방식에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따라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상세화</w:t>
      </w:r>
      <w:r>
        <w:rPr>
          <w:b/>
          <w:lang w:eastAsia="ko-KR"/>
        </w:rPr>
        <w:t>)</w:t>
      </w:r>
    </w:p>
    <w:p w14:paraId="4BA31173" w14:textId="77777777" w:rsidR="00BA4664" w:rsidRDefault="002D1112">
      <w:pPr>
        <w:rPr>
          <w:lang w:eastAsia="ko-KR"/>
        </w:rPr>
      </w:pPr>
      <w:r>
        <w:rPr>
          <w:lang w:eastAsia="ko-KR"/>
        </w:rPr>
        <w:t xml:space="preserve">① </w:t>
      </w:r>
      <w:r>
        <w:rPr>
          <w:lang w:eastAsia="ko-KR"/>
        </w:rPr>
        <w:t>군인</w:t>
      </w:r>
      <w:r>
        <w:rPr>
          <w:lang w:eastAsia="ko-KR"/>
        </w:rPr>
        <w:t>·</w:t>
      </w:r>
      <w:r>
        <w:rPr>
          <w:lang w:eastAsia="ko-KR"/>
        </w:rPr>
        <w:t>군무원</w:t>
      </w:r>
      <w:r>
        <w:rPr>
          <w:lang w:eastAsia="ko-KR"/>
        </w:rPr>
        <w:t xml:space="preserve"> </w:t>
      </w:r>
      <w:r>
        <w:rPr>
          <w:lang w:eastAsia="ko-KR"/>
        </w:rPr>
        <w:t>통합평정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동일</w:t>
      </w:r>
      <w:r>
        <w:rPr>
          <w:lang w:eastAsia="ko-KR"/>
        </w:rPr>
        <w:t xml:space="preserve"> </w:t>
      </w:r>
      <w:r>
        <w:rPr>
          <w:lang w:eastAsia="ko-KR"/>
        </w:rPr>
        <w:t>경쟁단위</w:t>
      </w:r>
      <w:r>
        <w:rPr>
          <w:lang w:eastAsia="ko-KR"/>
        </w:rPr>
        <w:t xml:space="preserve"> </w:t>
      </w:r>
      <w:r>
        <w:rPr>
          <w:lang w:eastAsia="ko-KR"/>
        </w:rPr>
        <w:t>편성의</w:t>
      </w:r>
      <w:r>
        <w:rPr>
          <w:lang w:eastAsia="ko-KR"/>
        </w:rPr>
        <w:t xml:space="preserve"> </w:t>
      </w:r>
      <w:r>
        <w:rPr>
          <w:lang w:eastAsia="ko-KR"/>
        </w:rPr>
        <w:t>법령</w:t>
      </w:r>
      <w:r>
        <w:rPr>
          <w:lang w:eastAsia="ko-KR"/>
        </w:rPr>
        <w:t>·</w:t>
      </w:r>
      <w:r>
        <w:rPr>
          <w:lang w:eastAsia="ko-KR"/>
        </w:rPr>
        <w:t>지침상</w:t>
      </w:r>
      <w:r>
        <w:rPr>
          <w:lang w:eastAsia="ko-KR"/>
        </w:rPr>
        <w:t xml:space="preserve"> </w:t>
      </w:r>
      <w:r>
        <w:rPr>
          <w:lang w:eastAsia="ko-KR"/>
        </w:rPr>
        <w:t>근거와</w:t>
      </w:r>
      <w:r>
        <w:rPr>
          <w:lang w:eastAsia="ko-KR"/>
        </w:rPr>
        <w:t xml:space="preserve"> </w:t>
      </w:r>
      <w:r>
        <w:rPr>
          <w:lang w:eastAsia="ko-KR"/>
        </w:rPr>
        <w:t>결정</w:t>
      </w:r>
      <w:r>
        <w:rPr>
          <w:lang w:eastAsia="ko-KR"/>
        </w:rPr>
        <w:t xml:space="preserve"> </w:t>
      </w:r>
      <w:r>
        <w:rPr>
          <w:lang w:eastAsia="ko-KR"/>
        </w:rPr>
        <w:t>경위</w:t>
      </w:r>
    </w:p>
    <w:p w14:paraId="49E146BD" w14:textId="77777777" w:rsidR="00BA4664" w:rsidRDefault="002D1112">
      <w:pPr>
        <w:rPr>
          <w:lang w:eastAsia="ko-KR"/>
        </w:rPr>
      </w:pPr>
      <w:r>
        <w:rPr>
          <w:lang w:eastAsia="ko-KR"/>
        </w:rPr>
        <w:t xml:space="preserve">② </w:t>
      </w:r>
      <w:r>
        <w:rPr>
          <w:lang w:eastAsia="ko-KR"/>
        </w:rPr>
        <w:t>성과상여금</w:t>
      </w:r>
      <w:r>
        <w:rPr>
          <w:lang w:eastAsia="ko-KR"/>
        </w:rPr>
        <w:t xml:space="preserve"> </w:t>
      </w:r>
      <w:r>
        <w:rPr>
          <w:lang w:eastAsia="ko-KR"/>
        </w:rPr>
        <w:t>업무지침</w:t>
      </w:r>
      <w:r>
        <w:rPr>
          <w:lang w:eastAsia="ko-KR"/>
        </w:rPr>
        <w:t xml:space="preserve"> </w:t>
      </w:r>
      <w:r>
        <w:rPr>
          <w:lang w:eastAsia="ko-KR"/>
        </w:rPr>
        <w:t>개정</w:t>
      </w:r>
      <w:r>
        <w:rPr>
          <w:lang w:eastAsia="ko-KR"/>
        </w:rPr>
        <w:t>·</w:t>
      </w:r>
      <w:r>
        <w:rPr>
          <w:lang w:eastAsia="ko-KR"/>
        </w:rPr>
        <w:t>시행</w:t>
      </w:r>
      <w:r>
        <w:rPr>
          <w:lang w:eastAsia="ko-KR"/>
        </w:rPr>
        <w:t xml:space="preserve"> </w:t>
      </w:r>
      <w:r>
        <w:rPr>
          <w:lang w:eastAsia="ko-KR"/>
        </w:rPr>
        <w:t>과정의</w:t>
      </w:r>
      <w:r>
        <w:rPr>
          <w:lang w:eastAsia="ko-KR"/>
        </w:rPr>
        <w:t xml:space="preserve"> </w:t>
      </w:r>
      <w:r>
        <w:rPr>
          <w:lang w:eastAsia="ko-KR"/>
        </w:rPr>
        <w:t>결재</w:t>
      </w:r>
      <w:r>
        <w:rPr>
          <w:lang w:eastAsia="ko-KR"/>
        </w:rPr>
        <w:t>·</w:t>
      </w:r>
      <w:r>
        <w:rPr>
          <w:lang w:eastAsia="ko-KR"/>
        </w:rPr>
        <w:t>보고</w:t>
      </w:r>
      <w:r>
        <w:rPr>
          <w:lang w:eastAsia="ko-KR"/>
        </w:rPr>
        <w:t>·</w:t>
      </w:r>
      <w:r>
        <w:rPr>
          <w:lang w:eastAsia="ko-KR"/>
        </w:rPr>
        <w:t>사전고지</w:t>
      </w:r>
      <w:r>
        <w:rPr>
          <w:lang w:eastAsia="ko-KR"/>
        </w:rPr>
        <w:t>·</w:t>
      </w:r>
      <w:r>
        <w:rPr>
          <w:lang w:eastAsia="ko-KR"/>
        </w:rPr>
        <w:t>의견수렴</w:t>
      </w:r>
      <w:r>
        <w:rPr>
          <w:lang w:eastAsia="ko-KR"/>
        </w:rPr>
        <w:t xml:space="preserve"> </w:t>
      </w:r>
      <w:r>
        <w:rPr>
          <w:lang w:eastAsia="ko-KR"/>
        </w:rPr>
        <w:t>적정성</w:t>
      </w:r>
    </w:p>
    <w:p w14:paraId="626391F5" w14:textId="77777777" w:rsidR="00BA4664" w:rsidRDefault="002D1112">
      <w:pPr>
        <w:rPr>
          <w:lang w:eastAsia="ko-KR"/>
        </w:rPr>
      </w:pPr>
      <w:r>
        <w:rPr>
          <w:lang w:eastAsia="ko-KR"/>
        </w:rPr>
        <w:t xml:space="preserve">③ </w:t>
      </w:r>
      <w:r>
        <w:rPr>
          <w:lang w:eastAsia="ko-KR"/>
        </w:rPr>
        <w:t>군인</w:t>
      </w:r>
      <w:r>
        <w:rPr>
          <w:lang w:eastAsia="ko-KR"/>
        </w:rPr>
        <w:t>·</w:t>
      </w:r>
      <w:r>
        <w:rPr>
          <w:lang w:eastAsia="ko-KR"/>
        </w:rPr>
        <w:t>군무원별</w:t>
      </w:r>
      <w:r>
        <w:rPr>
          <w:lang w:eastAsia="ko-KR"/>
        </w:rPr>
        <w:t xml:space="preserve"> </w:t>
      </w:r>
      <w:r>
        <w:rPr>
          <w:lang w:eastAsia="ko-KR"/>
        </w:rPr>
        <w:t>평가대상</w:t>
      </w:r>
      <w:r>
        <w:rPr>
          <w:lang w:eastAsia="ko-KR"/>
        </w:rPr>
        <w:t xml:space="preserve"> </w:t>
      </w:r>
      <w:r>
        <w:rPr>
          <w:lang w:eastAsia="ko-KR"/>
        </w:rPr>
        <w:t>인원</w:t>
      </w:r>
      <w:r>
        <w:rPr>
          <w:lang w:eastAsia="ko-KR"/>
        </w:rPr>
        <w:t xml:space="preserve">, </w:t>
      </w:r>
      <w:r>
        <w:rPr>
          <w:lang w:eastAsia="ko-KR"/>
        </w:rPr>
        <w:t>직급</w:t>
      </w:r>
      <w:r>
        <w:rPr>
          <w:lang w:eastAsia="ko-KR"/>
        </w:rPr>
        <w:t>·</w:t>
      </w:r>
      <w:r>
        <w:rPr>
          <w:lang w:eastAsia="ko-KR"/>
        </w:rPr>
        <w:t>계급</w:t>
      </w:r>
      <w:r>
        <w:rPr>
          <w:lang w:eastAsia="ko-KR"/>
        </w:rPr>
        <w:t xml:space="preserve"> </w:t>
      </w:r>
      <w:r>
        <w:rPr>
          <w:lang w:eastAsia="ko-KR"/>
        </w:rPr>
        <w:t>구성</w:t>
      </w:r>
      <w:r>
        <w:rPr>
          <w:lang w:eastAsia="ko-KR"/>
        </w:rPr>
        <w:t xml:space="preserve">, </w:t>
      </w:r>
      <w:r>
        <w:rPr>
          <w:lang w:eastAsia="ko-KR"/>
        </w:rPr>
        <w:t>평정권자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평가위원</w:t>
      </w:r>
      <w:r>
        <w:rPr>
          <w:lang w:eastAsia="ko-KR"/>
        </w:rPr>
        <w:t xml:space="preserve"> </w:t>
      </w:r>
      <w:r>
        <w:rPr>
          <w:lang w:eastAsia="ko-KR"/>
        </w:rPr>
        <w:t>구성</w:t>
      </w:r>
      <w:r>
        <w:rPr>
          <w:lang w:eastAsia="ko-KR"/>
        </w:rPr>
        <w:t xml:space="preserve"> </w:t>
      </w:r>
      <w:r>
        <w:rPr>
          <w:lang w:eastAsia="ko-KR"/>
        </w:rPr>
        <w:t>실태</w:t>
      </w:r>
    </w:p>
    <w:p w14:paraId="20E340EB" w14:textId="77777777" w:rsidR="00BA4664" w:rsidRDefault="002D1112">
      <w:pPr>
        <w:rPr>
          <w:lang w:eastAsia="ko-KR"/>
        </w:rPr>
      </w:pPr>
      <w:r>
        <w:rPr>
          <w:lang w:eastAsia="ko-KR"/>
        </w:rPr>
        <w:t>④ 2023~2026</w:t>
      </w:r>
      <w:r>
        <w:rPr>
          <w:lang w:eastAsia="ko-KR"/>
        </w:rPr>
        <w:t>년</w:t>
      </w:r>
      <w:r>
        <w:rPr>
          <w:lang w:eastAsia="ko-KR"/>
        </w:rPr>
        <w:t xml:space="preserve"> </w:t>
      </w:r>
      <w:r>
        <w:rPr>
          <w:lang w:eastAsia="ko-KR"/>
        </w:rPr>
        <w:t>부대별</w:t>
      </w:r>
      <w:r>
        <w:rPr>
          <w:lang w:eastAsia="ko-KR"/>
        </w:rPr>
        <w:t>·</w:t>
      </w:r>
      <w:proofErr w:type="spellStart"/>
      <w:r>
        <w:rPr>
          <w:lang w:eastAsia="ko-KR"/>
        </w:rPr>
        <w:t>신분별</w:t>
      </w:r>
      <w:proofErr w:type="spellEnd"/>
      <w:r>
        <w:rPr>
          <w:lang w:eastAsia="ko-KR"/>
        </w:rPr>
        <w:t xml:space="preserve"> S·A·B·C·D </w:t>
      </w:r>
      <w:r>
        <w:rPr>
          <w:lang w:eastAsia="ko-KR"/>
        </w:rPr>
        <w:t>등급</w:t>
      </w:r>
      <w:r>
        <w:rPr>
          <w:lang w:eastAsia="ko-KR"/>
        </w:rPr>
        <w:t xml:space="preserve"> </w:t>
      </w:r>
      <w:r>
        <w:rPr>
          <w:lang w:eastAsia="ko-KR"/>
        </w:rPr>
        <w:t>분포와</w:t>
      </w:r>
      <w:r>
        <w:rPr>
          <w:lang w:eastAsia="ko-KR"/>
        </w:rPr>
        <w:t xml:space="preserve"> </w:t>
      </w:r>
      <w:r>
        <w:rPr>
          <w:lang w:eastAsia="ko-KR"/>
        </w:rPr>
        <w:t>지급액</w:t>
      </w:r>
      <w:r>
        <w:rPr>
          <w:lang w:eastAsia="ko-KR"/>
        </w:rPr>
        <w:t xml:space="preserve"> </w:t>
      </w:r>
      <w:r>
        <w:rPr>
          <w:lang w:eastAsia="ko-KR"/>
        </w:rPr>
        <w:t>격차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불이익</w:t>
      </w:r>
      <w:r>
        <w:rPr>
          <w:lang w:eastAsia="ko-KR"/>
        </w:rPr>
        <w:t xml:space="preserve"> </w:t>
      </w:r>
      <w:r>
        <w:rPr>
          <w:lang w:eastAsia="ko-KR"/>
        </w:rPr>
        <w:t>여부</w:t>
      </w:r>
    </w:p>
    <w:p w14:paraId="493E33D7" w14:textId="77777777" w:rsidR="00BA4664" w:rsidRDefault="002D1112">
      <w:pPr>
        <w:rPr>
          <w:lang w:eastAsia="ko-KR"/>
        </w:rPr>
      </w:pPr>
      <w:r>
        <w:rPr>
          <w:lang w:eastAsia="ko-KR"/>
        </w:rPr>
        <w:t xml:space="preserve">⑤ </w:t>
      </w:r>
      <w:r>
        <w:rPr>
          <w:lang w:eastAsia="ko-KR"/>
        </w:rPr>
        <w:t>평가기준의</w:t>
      </w:r>
      <w:r>
        <w:rPr>
          <w:lang w:eastAsia="ko-KR"/>
        </w:rPr>
        <w:t xml:space="preserve"> </w:t>
      </w:r>
      <w:r>
        <w:rPr>
          <w:lang w:eastAsia="ko-KR"/>
        </w:rPr>
        <w:t>직무</w:t>
      </w:r>
      <w:r>
        <w:rPr>
          <w:lang w:eastAsia="ko-KR"/>
        </w:rPr>
        <w:t xml:space="preserve"> </w:t>
      </w:r>
      <w:r>
        <w:rPr>
          <w:lang w:eastAsia="ko-KR"/>
        </w:rPr>
        <w:t>비교가능성</w:t>
      </w:r>
      <w:r>
        <w:rPr>
          <w:lang w:eastAsia="ko-KR"/>
        </w:rPr>
        <w:t xml:space="preserve">, </w:t>
      </w:r>
      <w:r>
        <w:rPr>
          <w:lang w:eastAsia="ko-KR"/>
        </w:rPr>
        <w:t>등급</w:t>
      </w:r>
      <w:r>
        <w:rPr>
          <w:lang w:eastAsia="ko-KR"/>
        </w:rPr>
        <w:t xml:space="preserve"> </w:t>
      </w:r>
      <w:r>
        <w:rPr>
          <w:lang w:eastAsia="ko-KR"/>
        </w:rPr>
        <w:t>조정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지급</w:t>
      </w:r>
      <w:r>
        <w:rPr>
          <w:lang w:eastAsia="ko-KR"/>
        </w:rPr>
        <w:t xml:space="preserve"> </w:t>
      </w:r>
      <w:r>
        <w:rPr>
          <w:lang w:eastAsia="ko-KR"/>
        </w:rPr>
        <w:t>과정의</w:t>
      </w:r>
      <w:r>
        <w:rPr>
          <w:lang w:eastAsia="ko-KR"/>
        </w:rPr>
        <w:t xml:space="preserve"> </w:t>
      </w:r>
      <w:r>
        <w:rPr>
          <w:lang w:eastAsia="ko-KR"/>
        </w:rPr>
        <w:t>공정성</w:t>
      </w:r>
      <w:r>
        <w:rPr>
          <w:lang w:eastAsia="ko-KR"/>
        </w:rPr>
        <w:t>·</w:t>
      </w:r>
      <w:r>
        <w:rPr>
          <w:lang w:eastAsia="ko-KR"/>
        </w:rPr>
        <w:t>적법성</w:t>
      </w:r>
    </w:p>
    <w:p w14:paraId="725788FB" w14:textId="77777777" w:rsidR="00BA4664" w:rsidRDefault="002D1112">
      <w:pPr>
        <w:rPr>
          <w:lang w:eastAsia="ko-KR"/>
        </w:rPr>
      </w:pPr>
      <w:r>
        <w:rPr>
          <w:lang w:eastAsia="ko-KR"/>
        </w:rPr>
        <w:t xml:space="preserve">⑥ </w:t>
      </w:r>
      <w:r>
        <w:rPr>
          <w:lang w:eastAsia="ko-KR"/>
        </w:rPr>
        <w:t>위법</w:t>
      </w:r>
      <w:r>
        <w:rPr>
          <w:lang w:eastAsia="ko-KR"/>
        </w:rPr>
        <w:t>·</w:t>
      </w:r>
      <w:r>
        <w:rPr>
          <w:lang w:eastAsia="ko-KR"/>
        </w:rPr>
        <w:t>부당한</w:t>
      </w:r>
      <w:r>
        <w:rPr>
          <w:lang w:eastAsia="ko-KR"/>
        </w:rPr>
        <w:t xml:space="preserve"> </w:t>
      </w:r>
      <w:r>
        <w:rPr>
          <w:lang w:eastAsia="ko-KR"/>
        </w:rPr>
        <w:t>제도</w:t>
      </w:r>
      <w:r>
        <w:rPr>
          <w:lang w:eastAsia="ko-KR"/>
        </w:rPr>
        <w:t xml:space="preserve"> </w:t>
      </w:r>
      <w:r>
        <w:rPr>
          <w:lang w:eastAsia="ko-KR"/>
        </w:rPr>
        <w:t>운영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책임소재</w:t>
      </w:r>
      <w:r>
        <w:rPr>
          <w:lang w:eastAsia="ko-KR"/>
        </w:rPr>
        <w:t xml:space="preserve"> </w:t>
      </w:r>
      <w:r>
        <w:rPr>
          <w:lang w:eastAsia="ko-KR"/>
        </w:rPr>
        <w:t>조사</w:t>
      </w:r>
      <w:r>
        <w:rPr>
          <w:lang w:eastAsia="ko-KR"/>
        </w:rPr>
        <w:t xml:space="preserve">, </w:t>
      </w:r>
      <w:r>
        <w:rPr>
          <w:lang w:eastAsia="ko-KR"/>
        </w:rPr>
        <w:t>피해구제와</w:t>
      </w:r>
      <w:r>
        <w:rPr>
          <w:lang w:eastAsia="ko-KR"/>
        </w:rPr>
        <w:t xml:space="preserve"> </w:t>
      </w:r>
      <w:r>
        <w:rPr>
          <w:lang w:eastAsia="ko-KR"/>
        </w:rPr>
        <w:t>재발방지</w:t>
      </w:r>
      <w:r>
        <w:rPr>
          <w:lang w:eastAsia="ko-KR"/>
        </w:rPr>
        <w:t>·</w:t>
      </w:r>
      <w:r>
        <w:rPr>
          <w:lang w:eastAsia="ko-KR"/>
        </w:rPr>
        <w:t>제도개선</w:t>
      </w:r>
    </w:p>
    <w:p w14:paraId="232F0922" w14:textId="77777777" w:rsidR="00BA4664" w:rsidRDefault="002D1112">
      <w:pPr>
        <w:rPr>
          <w:lang w:eastAsia="ko-KR"/>
        </w:rPr>
      </w:pPr>
      <w:r>
        <w:rPr>
          <w:sz w:val="15"/>
          <w:lang w:eastAsia="ko-KR"/>
        </w:rPr>
        <w:t xml:space="preserve">※ </w:t>
      </w:r>
      <w:r>
        <w:rPr>
          <w:sz w:val="15"/>
          <w:lang w:eastAsia="ko-KR"/>
        </w:rPr>
        <w:t>본</w:t>
      </w:r>
      <w:r>
        <w:rPr>
          <w:sz w:val="15"/>
          <w:lang w:eastAsia="ko-KR"/>
        </w:rPr>
        <w:t xml:space="preserve"> </w:t>
      </w:r>
      <w:r>
        <w:rPr>
          <w:sz w:val="15"/>
          <w:lang w:eastAsia="ko-KR"/>
        </w:rPr>
        <w:t>연명부는</w:t>
      </w:r>
      <w:r>
        <w:rPr>
          <w:sz w:val="15"/>
          <w:lang w:eastAsia="ko-KR"/>
        </w:rPr>
        <w:t xml:space="preserve"> </w:t>
      </w:r>
      <w:r>
        <w:rPr>
          <w:sz w:val="15"/>
          <w:lang w:eastAsia="ko-KR"/>
        </w:rPr>
        <w:t>감사원</w:t>
      </w:r>
      <w:r>
        <w:rPr>
          <w:sz w:val="15"/>
          <w:lang w:eastAsia="ko-KR"/>
        </w:rPr>
        <w:t xml:space="preserve"> </w:t>
      </w:r>
      <w:r>
        <w:rPr>
          <w:sz w:val="15"/>
          <w:lang w:eastAsia="ko-KR"/>
        </w:rPr>
        <w:t>국민감사청구의</w:t>
      </w:r>
      <w:r>
        <w:rPr>
          <w:sz w:val="15"/>
          <w:lang w:eastAsia="ko-KR"/>
        </w:rPr>
        <w:t xml:space="preserve"> </w:t>
      </w:r>
      <w:r>
        <w:rPr>
          <w:sz w:val="15"/>
          <w:lang w:eastAsia="ko-KR"/>
        </w:rPr>
        <w:t>청구인으로</w:t>
      </w:r>
      <w:r>
        <w:rPr>
          <w:sz w:val="15"/>
          <w:lang w:eastAsia="ko-KR"/>
        </w:rPr>
        <w:t xml:space="preserve"> </w:t>
      </w:r>
      <w:r>
        <w:rPr>
          <w:sz w:val="15"/>
          <w:lang w:eastAsia="ko-KR"/>
        </w:rPr>
        <w:t>참여하는</w:t>
      </w:r>
      <w:r>
        <w:rPr>
          <w:sz w:val="15"/>
          <w:lang w:eastAsia="ko-KR"/>
        </w:rPr>
        <w:t xml:space="preserve"> </w:t>
      </w:r>
      <w:r>
        <w:rPr>
          <w:sz w:val="15"/>
          <w:lang w:eastAsia="ko-KR"/>
        </w:rPr>
        <w:t>것이므로</w:t>
      </w:r>
      <w:r>
        <w:rPr>
          <w:sz w:val="15"/>
          <w:lang w:eastAsia="ko-KR"/>
        </w:rPr>
        <w:t xml:space="preserve">, </w:t>
      </w:r>
      <w:r>
        <w:rPr>
          <w:sz w:val="15"/>
          <w:lang w:eastAsia="ko-KR"/>
        </w:rPr>
        <w:t>감사청구</w:t>
      </w:r>
      <w:r>
        <w:rPr>
          <w:sz w:val="15"/>
          <w:lang w:eastAsia="ko-KR"/>
        </w:rPr>
        <w:t xml:space="preserve"> </w:t>
      </w:r>
      <w:r>
        <w:rPr>
          <w:sz w:val="15"/>
          <w:lang w:eastAsia="ko-KR"/>
        </w:rPr>
        <w:t>내용을</w:t>
      </w:r>
      <w:r>
        <w:rPr>
          <w:sz w:val="15"/>
          <w:lang w:eastAsia="ko-KR"/>
        </w:rPr>
        <w:t xml:space="preserve"> </w:t>
      </w:r>
      <w:r>
        <w:rPr>
          <w:sz w:val="15"/>
          <w:lang w:eastAsia="ko-KR"/>
        </w:rPr>
        <w:t>확인한</w:t>
      </w:r>
      <w:r>
        <w:rPr>
          <w:sz w:val="15"/>
          <w:lang w:eastAsia="ko-KR"/>
        </w:rPr>
        <w:t xml:space="preserve"> </w:t>
      </w:r>
      <w:r>
        <w:rPr>
          <w:sz w:val="15"/>
          <w:lang w:eastAsia="ko-KR"/>
        </w:rPr>
        <w:t>후</w:t>
      </w:r>
      <w:r>
        <w:rPr>
          <w:sz w:val="15"/>
          <w:lang w:eastAsia="ko-KR"/>
        </w:rPr>
        <w:t xml:space="preserve"> </w:t>
      </w:r>
      <w:r>
        <w:rPr>
          <w:sz w:val="15"/>
          <w:lang w:eastAsia="ko-KR"/>
        </w:rPr>
        <w:t>본인이</w:t>
      </w:r>
      <w:r>
        <w:rPr>
          <w:sz w:val="15"/>
          <w:lang w:eastAsia="ko-KR"/>
        </w:rPr>
        <w:t xml:space="preserve"> </w:t>
      </w:r>
      <w:r>
        <w:rPr>
          <w:sz w:val="15"/>
          <w:lang w:eastAsia="ko-KR"/>
        </w:rPr>
        <w:t>직접</w:t>
      </w:r>
      <w:r>
        <w:rPr>
          <w:sz w:val="15"/>
          <w:lang w:eastAsia="ko-KR"/>
        </w:rPr>
        <w:t xml:space="preserve"> </w:t>
      </w:r>
      <w:r>
        <w:rPr>
          <w:sz w:val="15"/>
          <w:lang w:eastAsia="ko-KR"/>
        </w:rPr>
        <w:t>기재하고</w:t>
      </w:r>
      <w:r>
        <w:rPr>
          <w:sz w:val="15"/>
          <w:lang w:eastAsia="ko-KR"/>
        </w:rPr>
        <w:t xml:space="preserve"> </w:t>
      </w:r>
      <w:r>
        <w:rPr>
          <w:sz w:val="15"/>
          <w:lang w:eastAsia="ko-KR"/>
        </w:rPr>
        <w:t>서명</w:t>
      </w:r>
      <w:r>
        <w:rPr>
          <w:sz w:val="15"/>
          <w:lang w:eastAsia="ko-KR"/>
        </w:rPr>
        <w:t xml:space="preserve"> </w:t>
      </w:r>
      <w:r>
        <w:rPr>
          <w:sz w:val="15"/>
          <w:lang w:eastAsia="ko-KR"/>
        </w:rPr>
        <w:t>또는</w:t>
      </w:r>
      <w:r>
        <w:rPr>
          <w:sz w:val="15"/>
          <w:lang w:eastAsia="ko-KR"/>
        </w:rPr>
        <w:t xml:space="preserve"> </w:t>
      </w:r>
      <w:r>
        <w:rPr>
          <w:sz w:val="15"/>
          <w:lang w:eastAsia="ko-KR"/>
        </w:rPr>
        <w:t>날인하시기</w:t>
      </w:r>
      <w:r>
        <w:rPr>
          <w:sz w:val="15"/>
          <w:lang w:eastAsia="ko-KR"/>
        </w:rPr>
        <w:t xml:space="preserve"> </w:t>
      </w:r>
      <w:r>
        <w:rPr>
          <w:sz w:val="15"/>
          <w:lang w:eastAsia="ko-KR"/>
        </w:rPr>
        <w:t>바랍니다</w:t>
      </w:r>
      <w:r>
        <w:rPr>
          <w:sz w:val="15"/>
          <w:lang w:eastAsia="ko-KR"/>
        </w:rPr>
        <w:t>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567"/>
        <w:gridCol w:w="1134"/>
        <w:gridCol w:w="1417"/>
        <w:gridCol w:w="1247"/>
        <w:gridCol w:w="794"/>
        <w:gridCol w:w="2891"/>
        <w:gridCol w:w="1304"/>
      </w:tblGrid>
      <w:tr w:rsidR="00BA4664" w14:paraId="24C83E81" w14:textId="77777777">
        <w:tc>
          <w:tcPr>
            <w:tcW w:w="567" w:type="dxa"/>
          </w:tcPr>
          <w:p w14:paraId="5E7E323E" w14:textId="77777777" w:rsidR="00BA4664" w:rsidRDefault="002D1112">
            <w:pPr>
              <w:jc w:val="center"/>
            </w:pPr>
            <w:proofErr w:type="spellStart"/>
            <w:r>
              <w:rPr>
                <w:sz w:val="15"/>
              </w:rPr>
              <w:t>번호</w:t>
            </w:r>
            <w:proofErr w:type="spellEnd"/>
          </w:p>
        </w:tc>
        <w:tc>
          <w:tcPr>
            <w:tcW w:w="1134" w:type="dxa"/>
          </w:tcPr>
          <w:p w14:paraId="2A5A6D03" w14:textId="77777777" w:rsidR="00BA4664" w:rsidRDefault="002D1112">
            <w:pPr>
              <w:jc w:val="center"/>
            </w:pPr>
            <w:r>
              <w:rPr>
                <w:sz w:val="15"/>
              </w:rPr>
              <w:t>성명</w:t>
            </w:r>
          </w:p>
        </w:tc>
        <w:tc>
          <w:tcPr>
            <w:tcW w:w="1417" w:type="dxa"/>
          </w:tcPr>
          <w:p w14:paraId="6A14C28F" w14:textId="77777777" w:rsidR="00BA4664" w:rsidRDefault="002D1112">
            <w:pPr>
              <w:jc w:val="center"/>
            </w:pPr>
            <w:r>
              <w:rPr>
                <w:sz w:val="15"/>
              </w:rPr>
              <w:t>전화</w:t>
            </w:r>
            <w:r>
              <w:rPr>
                <w:sz w:val="15"/>
              </w:rPr>
              <w:t>번호</w:t>
            </w:r>
          </w:p>
        </w:tc>
        <w:tc>
          <w:tcPr>
            <w:tcW w:w="1247" w:type="dxa"/>
          </w:tcPr>
          <w:p w14:paraId="3978EA2D" w14:textId="77777777" w:rsidR="00BA4664" w:rsidRDefault="002D1112">
            <w:pPr>
              <w:jc w:val="center"/>
            </w:pPr>
            <w:r>
              <w:rPr>
                <w:sz w:val="15"/>
              </w:rPr>
              <w:t>생년월일</w:t>
            </w:r>
          </w:p>
        </w:tc>
        <w:tc>
          <w:tcPr>
            <w:tcW w:w="794" w:type="dxa"/>
          </w:tcPr>
          <w:p w14:paraId="6EBC8E58" w14:textId="77777777" w:rsidR="00BA4664" w:rsidRDefault="002D1112">
            <w:pPr>
              <w:jc w:val="center"/>
            </w:pPr>
            <w:r>
              <w:rPr>
                <w:sz w:val="15"/>
              </w:rPr>
              <w:t>직업</w:t>
            </w:r>
          </w:p>
        </w:tc>
        <w:tc>
          <w:tcPr>
            <w:tcW w:w="2891" w:type="dxa"/>
          </w:tcPr>
          <w:p w14:paraId="52ADC98B" w14:textId="77777777" w:rsidR="00BA4664" w:rsidRDefault="002D1112">
            <w:pPr>
              <w:jc w:val="center"/>
            </w:pPr>
            <w:r>
              <w:rPr>
                <w:sz w:val="15"/>
              </w:rPr>
              <w:t>주소</w:t>
            </w:r>
          </w:p>
        </w:tc>
        <w:tc>
          <w:tcPr>
            <w:tcW w:w="1304" w:type="dxa"/>
          </w:tcPr>
          <w:p w14:paraId="7019B1D5" w14:textId="77777777" w:rsidR="00BA4664" w:rsidRDefault="002D1112">
            <w:pPr>
              <w:jc w:val="center"/>
            </w:pPr>
            <w:r>
              <w:rPr>
                <w:sz w:val="15"/>
              </w:rPr>
              <w:t>서명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또는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날인</w:t>
            </w:r>
          </w:p>
        </w:tc>
      </w:tr>
      <w:tr w:rsidR="00BA4664" w14:paraId="514B5601" w14:textId="77777777">
        <w:trPr>
          <w:trHeight w:val="397"/>
        </w:trPr>
        <w:tc>
          <w:tcPr>
            <w:tcW w:w="567" w:type="dxa"/>
          </w:tcPr>
          <w:p w14:paraId="311293BC" w14:textId="77777777" w:rsidR="00BA4664" w:rsidRDefault="002D1112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134" w:type="dxa"/>
          </w:tcPr>
          <w:p w14:paraId="30BA67F8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7A33524F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1DE989E7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235C174C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1EF670D0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6F52A9DC" w14:textId="77777777" w:rsidR="00BA4664" w:rsidRDefault="00BA4664">
            <w:pPr>
              <w:jc w:val="center"/>
            </w:pPr>
          </w:p>
        </w:tc>
      </w:tr>
      <w:tr w:rsidR="00BA4664" w14:paraId="614AE646" w14:textId="77777777">
        <w:trPr>
          <w:trHeight w:val="397"/>
        </w:trPr>
        <w:tc>
          <w:tcPr>
            <w:tcW w:w="567" w:type="dxa"/>
          </w:tcPr>
          <w:p w14:paraId="522F5295" w14:textId="77777777" w:rsidR="00BA4664" w:rsidRDefault="002D1112">
            <w:pPr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134" w:type="dxa"/>
          </w:tcPr>
          <w:p w14:paraId="7C7FFF62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557549F6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0FA349D9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0654B764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7B0C3B96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1F56D58B" w14:textId="77777777" w:rsidR="00BA4664" w:rsidRDefault="00BA4664">
            <w:pPr>
              <w:jc w:val="center"/>
            </w:pPr>
          </w:p>
        </w:tc>
      </w:tr>
      <w:tr w:rsidR="00BA4664" w14:paraId="0E866082" w14:textId="77777777">
        <w:trPr>
          <w:trHeight w:val="397"/>
        </w:trPr>
        <w:tc>
          <w:tcPr>
            <w:tcW w:w="567" w:type="dxa"/>
          </w:tcPr>
          <w:p w14:paraId="1170EECA" w14:textId="77777777" w:rsidR="00BA4664" w:rsidRDefault="002D1112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34" w:type="dxa"/>
          </w:tcPr>
          <w:p w14:paraId="34856951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7D260929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373A67B3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56A916F7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2FE2F2E0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308C397E" w14:textId="77777777" w:rsidR="00BA4664" w:rsidRDefault="00BA4664">
            <w:pPr>
              <w:jc w:val="center"/>
            </w:pPr>
          </w:p>
        </w:tc>
      </w:tr>
      <w:tr w:rsidR="00BA4664" w14:paraId="39CCE826" w14:textId="77777777">
        <w:trPr>
          <w:trHeight w:val="397"/>
        </w:trPr>
        <w:tc>
          <w:tcPr>
            <w:tcW w:w="567" w:type="dxa"/>
          </w:tcPr>
          <w:p w14:paraId="54310483" w14:textId="77777777" w:rsidR="00BA4664" w:rsidRDefault="002D1112">
            <w:pPr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34" w:type="dxa"/>
          </w:tcPr>
          <w:p w14:paraId="7786F2A6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0F17BB13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1C70899E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245C3157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7FDDA042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7459F304" w14:textId="77777777" w:rsidR="00BA4664" w:rsidRDefault="00BA4664">
            <w:pPr>
              <w:jc w:val="center"/>
            </w:pPr>
          </w:p>
        </w:tc>
      </w:tr>
      <w:tr w:rsidR="00BA4664" w14:paraId="71468E73" w14:textId="77777777">
        <w:trPr>
          <w:trHeight w:val="397"/>
        </w:trPr>
        <w:tc>
          <w:tcPr>
            <w:tcW w:w="567" w:type="dxa"/>
          </w:tcPr>
          <w:p w14:paraId="04F2D1D9" w14:textId="77777777" w:rsidR="00BA4664" w:rsidRDefault="002D1112">
            <w:pPr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34" w:type="dxa"/>
          </w:tcPr>
          <w:p w14:paraId="726935B7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493E9D0C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021BC109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7DC92A6B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296D34E6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5D9326DB" w14:textId="77777777" w:rsidR="00BA4664" w:rsidRDefault="00BA4664">
            <w:pPr>
              <w:jc w:val="center"/>
            </w:pPr>
          </w:p>
        </w:tc>
      </w:tr>
      <w:tr w:rsidR="00BA4664" w14:paraId="694E2B11" w14:textId="77777777">
        <w:trPr>
          <w:trHeight w:val="397"/>
        </w:trPr>
        <w:tc>
          <w:tcPr>
            <w:tcW w:w="567" w:type="dxa"/>
          </w:tcPr>
          <w:p w14:paraId="3AD3CB63" w14:textId="77777777" w:rsidR="00BA4664" w:rsidRDefault="002D1112">
            <w:pPr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134" w:type="dxa"/>
          </w:tcPr>
          <w:p w14:paraId="6A2E674F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113E3372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1A48458D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61A10158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78BD85FA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19C9AF13" w14:textId="77777777" w:rsidR="00BA4664" w:rsidRDefault="00BA4664">
            <w:pPr>
              <w:jc w:val="center"/>
            </w:pPr>
          </w:p>
        </w:tc>
      </w:tr>
      <w:tr w:rsidR="00BA4664" w14:paraId="5B61A3CB" w14:textId="77777777">
        <w:trPr>
          <w:trHeight w:val="397"/>
        </w:trPr>
        <w:tc>
          <w:tcPr>
            <w:tcW w:w="567" w:type="dxa"/>
          </w:tcPr>
          <w:p w14:paraId="76D709BB" w14:textId="77777777" w:rsidR="00BA4664" w:rsidRDefault="002D1112">
            <w:pPr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134" w:type="dxa"/>
          </w:tcPr>
          <w:p w14:paraId="329D53FB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58AB8033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46621153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3B3F6D1A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0B495105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16B5E6BD" w14:textId="77777777" w:rsidR="00BA4664" w:rsidRDefault="00BA4664">
            <w:pPr>
              <w:jc w:val="center"/>
            </w:pPr>
          </w:p>
        </w:tc>
      </w:tr>
      <w:tr w:rsidR="00BA4664" w14:paraId="5C69122E" w14:textId="77777777">
        <w:trPr>
          <w:trHeight w:val="397"/>
        </w:trPr>
        <w:tc>
          <w:tcPr>
            <w:tcW w:w="567" w:type="dxa"/>
          </w:tcPr>
          <w:p w14:paraId="4BD5995B" w14:textId="77777777" w:rsidR="00BA4664" w:rsidRDefault="002D1112">
            <w:pPr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134" w:type="dxa"/>
          </w:tcPr>
          <w:p w14:paraId="5C692680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48F6F2A9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44C82864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4DC26CDA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36D6CFF2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69F44E34" w14:textId="77777777" w:rsidR="00BA4664" w:rsidRDefault="00BA4664">
            <w:pPr>
              <w:jc w:val="center"/>
            </w:pPr>
          </w:p>
        </w:tc>
      </w:tr>
      <w:tr w:rsidR="00BA4664" w14:paraId="3FD9E9FD" w14:textId="77777777">
        <w:trPr>
          <w:trHeight w:val="397"/>
        </w:trPr>
        <w:tc>
          <w:tcPr>
            <w:tcW w:w="567" w:type="dxa"/>
          </w:tcPr>
          <w:p w14:paraId="45EB6120" w14:textId="77777777" w:rsidR="00BA4664" w:rsidRDefault="002D1112">
            <w:pPr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134" w:type="dxa"/>
          </w:tcPr>
          <w:p w14:paraId="71F9F079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1C8B48B9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267190F0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6DD215B6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2F97CEBF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6DE330F4" w14:textId="77777777" w:rsidR="00BA4664" w:rsidRDefault="00BA4664">
            <w:pPr>
              <w:jc w:val="center"/>
            </w:pPr>
          </w:p>
        </w:tc>
      </w:tr>
      <w:tr w:rsidR="00BA4664" w14:paraId="09651DC8" w14:textId="77777777">
        <w:trPr>
          <w:trHeight w:val="397"/>
        </w:trPr>
        <w:tc>
          <w:tcPr>
            <w:tcW w:w="567" w:type="dxa"/>
          </w:tcPr>
          <w:p w14:paraId="25F277BD" w14:textId="77777777" w:rsidR="00BA4664" w:rsidRDefault="002D1112">
            <w:pPr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134" w:type="dxa"/>
          </w:tcPr>
          <w:p w14:paraId="61E8458E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26C145C2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5F9DEFE7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4909553F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0618340C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699161E3" w14:textId="77777777" w:rsidR="00BA4664" w:rsidRDefault="00BA4664">
            <w:pPr>
              <w:jc w:val="center"/>
            </w:pPr>
          </w:p>
        </w:tc>
      </w:tr>
      <w:tr w:rsidR="00BA4664" w14:paraId="40634E2E" w14:textId="77777777">
        <w:trPr>
          <w:trHeight w:val="397"/>
        </w:trPr>
        <w:tc>
          <w:tcPr>
            <w:tcW w:w="567" w:type="dxa"/>
          </w:tcPr>
          <w:p w14:paraId="07342CBE" w14:textId="77777777" w:rsidR="00BA4664" w:rsidRDefault="002D1112">
            <w:pPr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134" w:type="dxa"/>
          </w:tcPr>
          <w:p w14:paraId="77A53981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189C0AD1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3557BEA1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02390401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605B41D9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27FA1779" w14:textId="77777777" w:rsidR="00BA4664" w:rsidRDefault="00BA4664">
            <w:pPr>
              <w:jc w:val="center"/>
            </w:pPr>
          </w:p>
        </w:tc>
      </w:tr>
      <w:tr w:rsidR="00BA4664" w14:paraId="3392177E" w14:textId="77777777">
        <w:trPr>
          <w:trHeight w:val="397"/>
        </w:trPr>
        <w:tc>
          <w:tcPr>
            <w:tcW w:w="567" w:type="dxa"/>
          </w:tcPr>
          <w:p w14:paraId="3CBB10A7" w14:textId="77777777" w:rsidR="00BA4664" w:rsidRDefault="002D1112">
            <w:pPr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134" w:type="dxa"/>
          </w:tcPr>
          <w:p w14:paraId="6F7ABD9E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52C94644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0E997FE3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31CBF17F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77FC5A4B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2720E230" w14:textId="77777777" w:rsidR="00BA4664" w:rsidRDefault="00BA4664">
            <w:pPr>
              <w:jc w:val="center"/>
            </w:pPr>
          </w:p>
        </w:tc>
      </w:tr>
      <w:tr w:rsidR="00BA4664" w14:paraId="3851F347" w14:textId="77777777">
        <w:trPr>
          <w:trHeight w:val="397"/>
        </w:trPr>
        <w:tc>
          <w:tcPr>
            <w:tcW w:w="567" w:type="dxa"/>
          </w:tcPr>
          <w:p w14:paraId="069BFE44" w14:textId="77777777" w:rsidR="00BA4664" w:rsidRDefault="002D1112">
            <w:pPr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134" w:type="dxa"/>
          </w:tcPr>
          <w:p w14:paraId="297620BD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33D2C8AE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386982C5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42CA84F3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6E5B3FC2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3DA9DB61" w14:textId="77777777" w:rsidR="00BA4664" w:rsidRDefault="00BA4664">
            <w:pPr>
              <w:jc w:val="center"/>
            </w:pPr>
          </w:p>
        </w:tc>
      </w:tr>
      <w:tr w:rsidR="00BA4664" w14:paraId="18973FC5" w14:textId="77777777">
        <w:trPr>
          <w:trHeight w:val="397"/>
        </w:trPr>
        <w:tc>
          <w:tcPr>
            <w:tcW w:w="567" w:type="dxa"/>
          </w:tcPr>
          <w:p w14:paraId="3AEEB8DE" w14:textId="77777777" w:rsidR="00BA4664" w:rsidRDefault="002D1112">
            <w:pPr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134" w:type="dxa"/>
          </w:tcPr>
          <w:p w14:paraId="733700D3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2027993D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2A2E72EE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52FBF006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2633EEAC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315803D1" w14:textId="77777777" w:rsidR="00BA4664" w:rsidRDefault="00BA4664">
            <w:pPr>
              <w:jc w:val="center"/>
            </w:pPr>
          </w:p>
        </w:tc>
      </w:tr>
      <w:tr w:rsidR="00BA4664" w14:paraId="718D3C6C" w14:textId="77777777">
        <w:trPr>
          <w:trHeight w:val="397"/>
        </w:trPr>
        <w:tc>
          <w:tcPr>
            <w:tcW w:w="567" w:type="dxa"/>
          </w:tcPr>
          <w:p w14:paraId="7D76300B" w14:textId="77777777" w:rsidR="00BA4664" w:rsidRDefault="002D1112">
            <w:pPr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134" w:type="dxa"/>
          </w:tcPr>
          <w:p w14:paraId="3A1E2123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30EA2165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210FE5D4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79F0AA16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20BA176A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1E20F615" w14:textId="77777777" w:rsidR="00BA4664" w:rsidRDefault="00BA4664">
            <w:pPr>
              <w:jc w:val="center"/>
            </w:pPr>
          </w:p>
        </w:tc>
      </w:tr>
      <w:tr w:rsidR="00BA4664" w14:paraId="2BE10069" w14:textId="77777777">
        <w:trPr>
          <w:trHeight w:val="397"/>
        </w:trPr>
        <w:tc>
          <w:tcPr>
            <w:tcW w:w="567" w:type="dxa"/>
          </w:tcPr>
          <w:p w14:paraId="5253EF4C" w14:textId="77777777" w:rsidR="00BA4664" w:rsidRDefault="002D1112">
            <w:pPr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134" w:type="dxa"/>
          </w:tcPr>
          <w:p w14:paraId="79101E62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7A6A8564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638C4DD4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1892ABA3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4DCF5C16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270CA9F6" w14:textId="77777777" w:rsidR="00BA4664" w:rsidRDefault="00BA4664">
            <w:pPr>
              <w:jc w:val="center"/>
            </w:pPr>
          </w:p>
        </w:tc>
      </w:tr>
      <w:tr w:rsidR="00BA4664" w14:paraId="7202B892" w14:textId="77777777">
        <w:trPr>
          <w:trHeight w:val="397"/>
        </w:trPr>
        <w:tc>
          <w:tcPr>
            <w:tcW w:w="567" w:type="dxa"/>
          </w:tcPr>
          <w:p w14:paraId="71D97EE7" w14:textId="77777777" w:rsidR="00BA4664" w:rsidRDefault="002D1112">
            <w:pPr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134" w:type="dxa"/>
          </w:tcPr>
          <w:p w14:paraId="3FE65E0D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03B2F590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03834AD1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5ED9DB90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66C90085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4825ED05" w14:textId="77777777" w:rsidR="00BA4664" w:rsidRDefault="00BA4664">
            <w:pPr>
              <w:jc w:val="center"/>
            </w:pPr>
          </w:p>
        </w:tc>
      </w:tr>
      <w:tr w:rsidR="00BA4664" w14:paraId="2BA9A48A" w14:textId="77777777">
        <w:trPr>
          <w:trHeight w:val="397"/>
        </w:trPr>
        <w:tc>
          <w:tcPr>
            <w:tcW w:w="567" w:type="dxa"/>
          </w:tcPr>
          <w:p w14:paraId="6D6FBE7C" w14:textId="77777777" w:rsidR="00BA4664" w:rsidRDefault="002D1112">
            <w:pPr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134" w:type="dxa"/>
          </w:tcPr>
          <w:p w14:paraId="72EB8837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50D598D8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2D5581D8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4462FA1C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2421D852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41747497" w14:textId="77777777" w:rsidR="00BA4664" w:rsidRDefault="00BA4664">
            <w:pPr>
              <w:jc w:val="center"/>
            </w:pPr>
          </w:p>
        </w:tc>
      </w:tr>
      <w:tr w:rsidR="00BA4664" w14:paraId="27D0A679" w14:textId="77777777">
        <w:trPr>
          <w:trHeight w:val="397"/>
        </w:trPr>
        <w:tc>
          <w:tcPr>
            <w:tcW w:w="567" w:type="dxa"/>
          </w:tcPr>
          <w:p w14:paraId="261A1A40" w14:textId="77777777" w:rsidR="00BA4664" w:rsidRDefault="002D1112">
            <w:pPr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134" w:type="dxa"/>
          </w:tcPr>
          <w:p w14:paraId="526DD41A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5A6ED4E4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68EA1ACC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7812FA7E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0B20B3AE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0099D017" w14:textId="77777777" w:rsidR="00BA4664" w:rsidRDefault="00BA4664">
            <w:pPr>
              <w:jc w:val="center"/>
            </w:pPr>
          </w:p>
        </w:tc>
      </w:tr>
      <w:tr w:rsidR="00BA4664" w14:paraId="1CAFC24F" w14:textId="77777777">
        <w:trPr>
          <w:trHeight w:val="397"/>
        </w:trPr>
        <w:tc>
          <w:tcPr>
            <w:tcW w:w="567" w:type="dxa"/>
          </w:tcPr>
          <w:p w14:paraId="0A8F3891" w14:textId="77777777" w:rsidR="00BA4664" w:rsidRDefault="002D1112">
            <w:pPr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134" w:type="dxa"/>
          </w:tcPr>
          <w:p w14:paraId="3379D207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637B3357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086D7C2B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6B413A76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406CAD97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244C42EA" w14:textId="77777777" w:rsidR="00BA4664" w:rsidRDefault="00BA4664">
            <w:pPr>
              <w:jc w:val="center"/>
            </w:pPr>
          </w:p>
        </w:tc>
      </w:tr>
    </w:tbl>
    <w:p w14:paraId="1DBE0620" w14:textId="77777777" w:rsidR="00BA4664" w:rsidRDefault="002D1112">
      <w:pPr>
        <w:rPr>
          <w:lang w:eastAsia="ko-KR"/>
        </w:rPr>
      </w:pPr>
      <w:r>
        <w:rPr>
          <w:sz w:val="14"/>
          <w:lang w:eastAsia="ko-KR"/>
        </w:rPr>
        <w:t>작성</w:t>
      </w:r>
      <w:r>
        <w:rPr>
          <w:sz w:val="14"/>
          <w:lang w:eastAsia="ko-KR"/>
        </w:rPr>
        <w:t>·</w:t>
      </w:r>
      <w:r>
        <w:rPr>
          <w:sz w:val="14"/>
          <w:lang w:eastAsia="ko-KR"/>
        </w:rPr>
        <w:t>관리단체</w:t>
      </w:r>
      <w:r>
        <w:rPr>
          <w:sz w:val="14"/>
          <w:lang w:eastAsia="ko-KR"/>
        </w:rPr>
        <w:t xml:space="preserve">: </w:t>
      </w:r>
      <w:proofErr w:type="gramStart"/>
      <w:r>
        <w:rPr>
          <w:sz w:val="14"/>
          <w:lang w:eastAsia="ko-KR"/>
        </w:rPr>
        <w:t>전국군무원연대</w:t>
      </w:r>
      <w:r>
        <w:rPr>
          <w:sz w:val="14"/>
          <w:lang w:eastAsia="ko-KR"/>
        </w:rPr>
        <w:t xml:space="preserve">  |</w:t>
      </w:r>
      <w:proofErr w:type="gramEnd"/>
      <w:r>
        <w:rPr>
          <w:sz w:val="14"/>
          <w:lang w:eastAsia="ko-KR"/>
        </w:rPr>
        <w:t xml:space="preserve">  </w:t>
      </w:r>
      <w:r>
        <w:rPr>
          <w:sz w:val="14"/>
          <w:lang w:eastAsia="ko-KR"/>
        </w:rPr>
        <w:t>개인정보는</w:t>
      </w:r>
      <w:r>
        <w:rPr>
          <w:sz w:val="14"/>
          <w:lang w:eastAsia="ko-KR"/>
        </w:rPr>
        <w:t xml:space="preserve"> </w:t>
      </w:r>
      <w:r>
        <w:rPr>
          <w:sz w:val="14"/>
          <w:lang w:eastAsia="ko-KR"/>
        </w:rPr>
        <w:t>감사청구인</w:t>
      </w:r>
      <w:r>
        <w:rPr>
          <w:sz w:val="14"/>
          <w:lang w:eastAsia="ko-KR"/>
        </w:rPr>
        <w:t xml:space="preserve"> </w:t>
      </w:r>
      <w:r>
        <w:rPr>
          <w:sz w:val="14"/>
          <w:lang w:eastAsia="ko-KR"/>
        </w:rPr>
        <w:t>확인</w:t>
      </w:r>
      <w:r>
        <w:rPr>
          <w:sz w:val="14"/>
          <w:lang w:eastAsia="ko-KR"/>
        </w:rPr>
        <w:t xml:space="preserve"> </w:t>
      </w:r>
      <w:r>
        <w:rPr>
          <w:sz w:val="14"/>
          <w:lang w:eastAsia="ko-KR"/>
        </w:rPr>
        <w:t>및</w:t>
      </w:r>
      <w:r>
        <w:rPr>
          <w:sz w:val="14"/>
          <w:lang w:eastAsia="ko-KR"/>
        </w:rPr>
        <w:t xml:space="preserve"> </w:t>
      </w:r>
      <w:r>
        <w:rPr>
          <w:sz w:val="14"/>
          <w:lang w:eastAsia="ko-KR"/>
        </w:rPr>
        <w:t>감사원</w:t>
      </w:r>
      <w:r>
        <w:rPr>
          <w:sz w:val="14"/>
          <w:lang w:eastAsia="ko-KR"/>
        </w:rPr>
        <w:t xml:space="preserve"> </w:t>
      </w:r>
      <w:r>
        <w:rPr>
          <w:sz w:val="14"/>
          <w:lang w:eastAsia="ko-KR"/>
        </w:rPr>
        <w:t>제출</w:t>
      </w:r>
      <w:r>
        <w:rPr>
          <w:sz w:val="14"/>
          <w:lang w:eastAsia="ko-KR"/>
        </w:rPr>
        <w:t xml:space="preserve"> </w:t>
      </w:r>
      <w:r>
        <w:rPr>
          <w:sz w:val="14"/>
          <w:lang w:eastAsia="ko-KR"/>
        </w:rPr>
        <w:t>목적에</w:t>
      </w:r>
      <w:r>
        <w:rPr>
          <w:sz w:val="14"/>
          <w:lang w:eastAsia="ko-KR"/>
        </w:rPr>
        <w:t xml:space="preserve"> </w:t>
      </w:r>
      <w:r>
        <w:rPr>
          <w:sz w:val="14"/>
          <w:lang w:eastAsia="ko-KR"/>
        </w:rPr>
        <w:t>한하여</w:t>
      </w:r>
      <w:r>
        <w:rPr>
          <w:sz w:val="14"/>
          <w:lang w:eastAsia="ko-KR"/>
        </w:rPr>
        <w:t xml:space="preserve"> </w:t>
      </w:r>
      <w:r>
        <w:rPr>
          <w:sz w:val="14"/>
          <w:lang w:eastAsia="ko-KR"/>
        </w:rPr>
        <w:t>관리합니다</w:t>
      </w:r>
      <w:r>
        <w:rPr>
          <w:sz w:val="14"/>
          <w:lang w:eastAsia="ko-KR"/>
        </w:rPr>
        <w:t>.</w:t>
      </w:r>
    </w:p>
    <w:p w14:paraId="1DFDC0A9" w14:textId="77777777" w:rsidR="00BA4664" w:rsidRDefault="002D1112">
      <w:pPr>
        <w:rPr>
          <w:lang w:eastAsia="ko-KR"/>
        </w:rPr>
      </w:pPr>
      <w:r>
        <w:rPr>
          <w:sz w:val="14"/>
          <w:lang w:eastAsia="ko-KR"/>
        </w:rPr>
        <w:t xml:space="preserve">※ </w:t>
      </w:r>
      <w:r>
        <w:rPr>
          <w:sz w:val="14"/>
          <w:lang w:eastAsia="ko-KR"/>
        </w:rPr>
        <w:t>서명부의</w:t>
      </w:r>
      <w:r>
        <w:rPr>
          <w:sz w:val="14"/>
          <w:lang w:eastAsia="ko-KR"/>
        </w:rPr>
        <w:t xml:space="preserve"> </w:t>
      </w:r>
      <w:r>
        <w:rPr>
          <w:sz w:val="14"/>
          <w:lang w:eastAsia="ko-KR"/>
        </w:rPr>
        <w:t>개인정보를</w:t>
      </w:r>
      <w:r>
        <w:rPr>
          <w:sz w:val="14"/>
          <w:lang w:eastAsia="ko-KR"/>
        </w:rPr>
        <w:t xml:space="preserve"> </w:t>
      </w:r>
      <w:r>
        <w:rPr>
          <w:sz w:val="14"/>
          <w:lang w:eastAsia="ko-KR"/>
        </w:rPr>
        <w:t>공개</w:t>
      </w:r>
      <w:r>
        <w:rPr>
          <w:sz w:val="14"/>
          <w:lang w:eastAsia="ko-KR"/>
        </w:rPr>
        <w:t xml:space="preserve"> </w:t>
      </w:r>
      <w:r>
        <w:rPr>
          <w:sz w:val="14"/>
          <w:lang w:eastAsia="ko-KR"/>
        </w:rPr>
        <w:t>게시하거나</w:t>
      </w:r>
      <w:r>
        <w:rPr>
          <w:sz w:val="14"/>
          <w:lang w:eastAsia="ko-KR"/>
        </w:rPr>
        <w:t xml:space="preserve"> </w:t>
      </w:r>
      <w:r>
        <w:rPr>
          <w:sz w:val="14"/>
          <w:lang w:eastAsia="ko-KR"/>
        </w:rPr>
        <w:t>단체</w:t>
      </w:r>
      <w:r>
        <w:rPr>
          <w:sz w:val="14"/>
          <w:lang w:eastAsia="ko-KR"/>
        </w:rPr>
        <w:t xml:space="preserve"> </w:t>
      </w:r>
      <w:r>
        <w:rPr>
          <w:sz w:val="14"/>
          <w:lang w:eastAsia="ko-KR"/>
        </w:rPr>
        <w:t>대화방에</w:t>
      </w:r>
      <w:r>
        <w:rPr>
          <w:sz w:val="14"/>
          <w:lang w:eastAsia="ko-KR"/>
        </w:rPr>
        <w:t xml:space="preserve"> </w:t>
      </w:r>
      <w:r>
        <w:rPr>
          <w:sz w:val="14"/>
          <w:lang w:eastAsia="ko-KR"/>
        </w:rPr>
        <w:t>공유하지</w:t>
      </w:r>
      <w:r>
        <w:rPr>
          <w:sz w:val="14"/>
          <w:lang w:eastAsia="ko-KR"/>
        </w:rPr>
        <w:t xml:space="preserve"> </w:t>
      </w:r>
      <w:r>
        <w:rPr>
          <w:sz w:val="14"/>
          <w:lang w:eastAsia="ko-KR"/>
        </w:rPr>
        <w:t>마십시오</w:t>
      </w:r>
      <w:r>
        <w:rPr>
          <w:sz w:val="14"/>
          <w:lang w:eastAsia="ko-KR"/>
        </w:rPr>
        <w:t>.</w:t>
      </w:r>
    </w:p>
    <w:p w14:paraId="2AD4CE5D" w14:textId="77777777" w:rsidR="00BA4664" w:rsidRDefault="002D1112">
      <w:pPr>
        <w:rPr>
          <w:lang w:eastAsia="ko-KR"/>
        </w:rPr>
      </w:pPr>
      <w:r>
        <w:rPr>
          <w:lang w:eastAsia="ko-KR"/>
        </w:rPr>
        <w:br w:type="page"/>
      </w:r>
    </w:p>
    <w:p w14:paraId="5C99B207" w14:textId="77777777" w:rsidR="00BA4664" w:rsidRDefault="002D1112">
      <w:pPr>
        <w:jc w:val="center"/>
        <w:rPr>
          <w:lang w:eastAsia="ko-KR"/>
        </w:rPr>
      </w:pPr>
      <w:r>
        <w:rPr>
          <w:b/>
          <w:sz w:val="32"/>
          <w:lang w:eastAsia="ko-KR"/>
        </w:rPr>
        <w:lastRenderedPageBreak/>
        <w:t>청구인</w:t>
      </w:r>
      <w:r>
        <w:rPr>
          <w:b/>
          <w:sz w:val="32"/>
          <w:lang w:eastAsia="ko-KR"/>
        </w:rPr>
        <w:t xml:space="preserve"> </w:t>
      </w:r>
      <w:proofErr w:type="spellStart"/>
      <w:r>
        <w:rPr>
          <w:b/>
          <w:sz w:val="32"/>
          <w:lang w:eastAsia="ko-KR"/>
        </w:rPr>
        <w:t>연명부</w:t>
      </w:r>
      <w:proofErr w:type="spellEnd"/>
    </w:p>
    <w:p w14:paraId="0F4FAA3C" w14:textId="77777777" w:rsidR="00BA4664" w:rsidRDefault="002D1112">
      <w:pPr>
        <w:rPr>
          <w:lang w:eastAsia="ko-KR"/>
        </w:rPr>
      </w:pPr>
      <w:r>
        <w:rPr>
          <w:b/>
          <w:lang w:eastAsia="ko-KR"/>
        </w:rPr>
        <w:t xml:space="preserve">□ </w:t>
      </w:r>
      <w:r>
        <w:rPr>
          <w:b/>
          <w:lang w:eastAsia="ko-KR"/>
        </w:rPr>
        <w:t>감사청구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제목</w:t>
      </w:r>
    </w:p>
    <w:p w14:paraId="7E4284A7" w14:textId="77777777" w:rsidR="00BA4664" w:rsidRDefault="002D1112">
      <w:pPr>
        <w:rPr>
          <w:lang w:eastAsia="ko-KR"/>
        </w:rPr>
      </w:pPr>
      <w:r>
        <w:rPr>
          <w:lang w:eastAsia="ko-KR"/>
        </w:rPr>
        <w:t>국방부</w:t>
      </w:r>
      <w:r>
        <w:rPr>
          <w:lang w:eastAsia="ko-KR"/>
        </w:rPr>
        <w:t xml:space="preserve"> </w:t>
      </w:r>
      <w:r>
        <w:rPr>
          <w:lang w:eastAsia="ko-KR"/>
        </w:rPr>
        <w:t>군인</w:t>
      </w:r>
      <w:r>
        <w:rPr>
          <w:lang w:eastAsia="ko-KR"/>
        </w:rPr>
        <w:t>·</w:t>
      </w:r>
      <w:r>
        <w:rPr>
          <w:lang w:eastAsia="ko-KR"/>
        </w:rPr>
        <w:t>군무원</w:t>
      </w:r>
      <w:r>
        <w:rPr>
          <w:lang w:eastAsia="ko-KR"/>
        </w:rPr>
        <w:t xml:space="preserve"> </w:t>
      </w:r>
      <w:r>
        <w:rPr>
          <w:lang w:eastAsia="ko-KR"/>
        </w:rPr>
        <w:t>성과상여금</w:t>
      </w:r>
      <w:r>
        <w:rPr>
          <w:lang w:eastAsia="ko-KR"/>
        </w:rPr>
        <w:t xml:space="preserve"> </w:t>
      </w:r>
      <w:r>
        <w:rPr>
          <w:lang w:eastAsia="ko-KR"/>
        </w:rPr>
        <w:t>통합평정</w:t>
      </w:r>
      <w:r>
        <w:rPr>
          <w:lang w:eastAsia="ko-KR"/>
        </w:rPr>
        <w:t xml:space="preserve"> </w:t>
      </w:r>
      <w:r>
        <w:rPr>
          <w:lang w:eastAsia="ko-KR"/>
        </w:rPr>
        <w:t>제도</w:t>
      </w:r>
      <w:r>
        <w:rPr>
          <w:lang w:eastAsia="ko-KR"/>
        </w:rPr>
        <w:t xml:space="preserve"> </w:t>
      </w:r>
      <w:r>
        <w:rPr>
          <w:lang w:eastAsia="ko-KR"/>
        </w:rPr>
        <w:t>설계</w:t>
      </w:r>
      <w:r>
        <w:rPr>
          <w:lang w:eastAsia="ko-KR"/>
        </w:rPr>
        <w:t>·</w:t>
      </w:r>
      <w:r>
        <w:rPr>
          <w:lang w:eastAsia="ko-KR"/>
        </w:rPr>
        <w:t>집행의</w:t>
      </w:r>
      <w:r>
        <w:rPr>
          <w:lang w:eastAsia="ko-KR"/>
        </w:rPr>
        <w:t xml:space="preserve"> </w:t>
      </w:r>
      <w:r>
        <w:rPr>
          <w:lang w:eastAsia="ko-KR"/>
        </w:rPr>
        <w:t>적정성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책임소재에</w:t>
      </w:r>
      <w:r>
        <w:rPr>
          <w:lang w:eastAsia="ko-KR"/>
        </w:rPr>
        <w:t xml:space="preserve"> </w:t>
      </w:r>
      <w:r>
        <w:rPr>
          <w:lang w:eastAsia="ko-KR"/>
        </w:rPr>
        <w:t>대한</w:t>
      </w:r>
      <w:r>
        <w:rPr>
          <w:lang w:eastAsia="ko-KR"/>
        </w:rPr>
        <w:t xml:space="preserve"> </w:t>
      </w:r>
      <w:r>
        <w:rPr>
          <w:lang w:eastAsia="ko-KR"/>
        </w:rPr>
        <w:t>국민감사청구</w:t>
      </w:r>
    </w:p>
    <w:p w14:paraId="58E7F819" w14:textId="77777777" w:rsidR="00BA4664" w:rsidRDefault="002D1112">
      <w:pPr>
        <w:rPr>
          <w:lang w:eastAsia="ko-KR"/>
        </w:rPr>
      </w:pPr>
      <w:r>
        <w:rPr>
          <w:b/>
          <w:lang w:eastAsia="ko-KR"/>
        </w:rPr>
        <w:t xml:space="preserve">□ </w:t>
      </w:r>
      <w:r>
        <w:rPr>
          <w:b/>
          <w:lang w:eastAsia="ko-KR"/>
        </w:rPr>
        <w:t>감사청구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사항</w:t>
      </w:r>
      <w:r>
        <w:rPr>
          <w:b/>
          <w:lang w:eastAsia="ko-KR"/>
        </w:rPr>
        <w:t xml:space="preserve"> (</w:t>
      </w:r>
      <w:r>
        <w:rPr>
          <w:b/>
          <w:lang w:eastAsia="ko-KR"/>
        </w:rPr>
        <w:t>원본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서식의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항목별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기재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방식에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따라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상세화</w:t>
      </w:r>
      <w:r>
        <w:rPr>
          <w:b/>
          <w:lang w:eastAsia="ko-KR"/>
        </w:rPr>
        <w:t>)</w:t>
      </w:r>
    </w:p>
    <w:p w14:paraId="5625B39E" w14:textId="77777777" w:rsidR="00BA4664" w:rsidRDefault="002D1112">
      <w:pPr>
        <w:rPr>
          <w:lang w:eastAsia="ko-KR"/>
        </w:rPr>
      </w:pPr>
      <w:r>
        <w:rPr>
          <w:lang w:eastAsia="ko-KR"/>
        </w:rPr>
        <w:t xml:space="preserve">① </w:t>
      </w:r>
      <w:r>
        <w:rPr>
          <w:lang w:eastAsia="ko-KR"/>
        </w:rPr>
        <w:t>군인</w:t>
      </w:r>
      <w:r>
        <w:rPr>
          <w:lang w:eastAsia="ko-KR"/>
        </w:rPr>
        <w:t>·</w:t>
      </w:r>
      <w:r>
        <w:rPr>
          <w:lang w:eastAsia="ko-KR"/>
        </w:rPr>
        <w:t>군무원</w:t>
      </w:r>
      <w:r>
        <w:rPr>
          <w:lang w:eastAsia="ko-KR"/>
        </w:rPr>
        <w:t xml:space="preserve"> </w:t>
      </w:r>
      <w:r>
        <w:rPr>
          <w:lang w:eastAsia="ko-KR"/>
        </w:rPr>
        <w:t>통합평정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동일</w:t>
      </w:r>
      <w:r>
        <w:rPr>
          <w:lang w:eastAsia="ko-KR"/>
        </w:rPr>
        <w:t xml:space="preserve"> </w:t>
      </w:r>
      <w:r>
        <w:rPr>
          <w:lang w:eastAsia="ko-KR"/>
        </w:rPr>
        <w:t>경쟁단위</w:t>
      </w:r>
      <w:r>
        <w:rPr>
          <w:lang w:eastAsia="ko-KR"/>
        </w:rPr>
        <w:t xml:space="preserve"> </w:t>
      </w:r>
      <w:r>
        <w:rPr>
          <w:lang w:eastAsia="ko-KR"/>
        </w:rPr>
        <w:t>편성의</w:t>
      </w:r>
      <w:r>
        <w:rPr>
          <w:lang w:eastAsia="ko-KR"/>
        </w:rPr>
        <w:t xml:space="preserve"> </w:t>
      </w:r>
      <w:r>
        <w:rPr>
          <w:lang w:eastAsia="ko-KR"/>
        </w:rPr>
        <w:t>법령</w:t>
      </w:r>
      <w:r>
        <w:rPr>
          <w:lang w:eastAsia="ko-KR"/>
        </w:rPr>
        <w:t>·</w:t>
      </w:r>
      <w:r>
        <w:rPr>
          <w:lang w:eastAsia="ko-KR"/>
        </w:rPr>
        <w:t>지침상</w:t>
      </w:r>
      <w:r>
        <w:rPr>
          <w:lang w:eastAsia="ko-KR"/>
        </w:rPr>
        <w:t xml:space="preserve"> </w:t>
      </w:r>
      <w:r>
        <w:rPr>
          <w:lang w:eastAsia="ko-KR"/>
        </w:rPr>
        <w:t>근거와</w:t>
      </w:r>
      <w:r>
        <w:rPr>
          <w:lang w:eastAsia="ko-KR"/>
        </w:rPr>
        <w:t xml:space="preserve"> </w:t>
      </w:r>
      <w:r>
        <w:rPr>
          <w:lang w:eastAsia="ko-KR"/>
        </w:rPr>
        <w:t>결정</w:t>
      </w:r>
      <w:r>
        <w:rPr>
          <w:lang w:eastAsia="ko-KR"/>
        </w:rPr>
        <w:t xml:space="preserve"> </w:t>
      </w:r>
      <w:r>
        <w:rPr>
          <w:lang w:eastAsia="ko-KR"/>
        </w:rPr>
        <w:t>경위</w:t>
      </w:r>
    </w:p>
    <w:p w14:paraId="7F689ABF" w14:textId="77777777" w:rsidR="00BA4664" w:rsidRDefault="002D1112">
      <w:pPr>
        <w:rPr>
          <w:lang w:eastAsia="ko-KR"/>
        </w:rPr>
      </w:pPr>
      <w:r>
        <w:rPr>
          <w:lang w:eastAsia="ko-KR"/>
        </w:rPr>
        <w:t xml:space="preserve">② </w:t>
      </w:r>
      <w:r>
        <w:rPr>
          <w:lang w:eastAsia="ko-KR"/>
        </w:rPr>
        <w:t>성과상여금</w:t>
      </w:r>
      <w:r>
        <w:rPr>
          <w:lang w:eastAsia="ko-KR"/>
        </w:rPr>
        <w:t xml:space="preserve"> </w:t>
      </w:r>
      <w:r>
        <w:rPr>
          <w:lang w:eastAsia="ko-KR"/>
        </w:rPr>
        <w:t>업무지침</w:t>
      </w:r>
      <w:r>
        <w:rPr>
          <w:lang w:eastAsia="ko-KR"/>
        </w:rPr>
        <w:t xml:space="preserve"> </w:t>
      </w:r>
      <w:r>
        <w:rPr>
          <w:lang w:eastAsia="ko-KR"/>
        </w:rPr>
        <w:t>개정</w:t>
      </w:r>
      <w:r>
        <w:rPr>
          <w:lang w:eastAsia="ko-KR"/>
        </w:rPr>
        <w:t>·</w:t>
      </w:r>
      <w:r>
        <w:rPr>
          <w:lang w:eastAsia="ko-KR"/>
        </w:rPr>
        <w:t>시행</w:t>
      </w:r>
      <w:r>
        <w:rPr>
          <w:lang w:eastAsia="ko-KR"/>
        </w:rPr>
        <w:t xml:space="preserve"> </w:t>
      </w:r>
      <w:r>
        <w:rPr>
          <w:lang w:eastAsia="ko-KR"/>
        </w:rPr>
        <w:t>과정의</w:t>
      </w:r>
      <w:r>
        <w:rPr>
          <w:lang w:eastAsia="ko-KR"/>
        </w:rPr>
        <w:t xml:space="preserve"> </w:t>
      </w:r>
      <w:r>
        <w:rPr>
          <w:lang w:eastAsia="ko-KR"/>
        </w:rPr>
        <w:t>결재</w:t>
      </w:r>
      <w:r>
        <w:rPr>
          <w:lang w:eastAsia="ko-KR"/>
        </w:rPr>
        <w:t>·</w:t>
      </w:r>
      <w:r>
        <w:rPr>
          <w:lang w:eastAsia="ko-KR"/>
        </w:rPr>
        <w:t>보고</w:t>
      </w:r>
      <w:r>
        <w:rPr>
          <w:lang w:eastAsia="ko-KR"/>
        </w:rPr>
        <w:t>·</w:t>
      </w:r>
      <w:r>
        <w:rPr>
          <w:lang w:eastAsia="ko-KR"/>
        </w:rPr>
        <w:t>사전고지</w:t>
      </w:r>
      <w:r>
        <w:rPr>
          <w:lang w:eastAsia="ko-KR"/>
        </w:rPr>
        <w:t>·</w:t>
      </w:r>
      <w:r>
        <w:rPr>
          <w:lang w:eastAsia="ko-KR"/>
        </w:rPr>
        <w:t>의견수렴</w:t>
      </w:r>
      <w:r>
        <w:rPr>
          <w:lang w:eastAsia="ko-KR"/>
        </w:rPr>
        <w:t xml:space="preserve"> </w:t>
      </w:r>
      <w:r>
        <w:rPr>
          <w:lang w:eastAsia="ko-KR"/>
        </w:rPr>
        <w:t>적정성</w:t>
      </w:r>
    </w:p>
    <w:p w14:paraId="6B05963B" w14:textId="77777777" w:rsidR="00BA4664" w:rsidRDefault="002D1112">
      <w:pPr>
        <w:rPr>
          <w:lang w:eastAsia="ko-KR"/>
        </w:rPr>
      </w:pPr>
      <w:r>
        <w:rPr>
          <w:lang w:eastAsia="ko-KR"/>
        </w:rPr>
        <w:t xml:space="preserve">③ </w:t>
      </w:r>
      <w:r>
        <w:rPr>
          <w:lang w:eastAsia="ko-KR"/>
        </w:rPr>
        <w:t>군인</w:t>
      </w:r>
      <w:r>
        <w:rPr>
          <w:lang w:eastAsia="ko-KR"/>
        </w:rPr>
        <w:t>·</w:t>
      </w:r>
      <w:r>
        <w:rPr>
          <w:lang w:eastAsia="ko-KR"/>
        </w:rPr>
        <w:t>군무원별</w:t>
      </w:r>
      <w:r>
        <w:rPr>
          <w:lang w:eastAsia="ko-KR"/>
        </w:rPr>
        <w:t xml:space="preserve"> </w:t>
      </w:r>
      <w:r>
        <w:rPr>
          <w:lang w:eastAsia="ko-KR"/>
        </w:rPr>
        <w:t>평가대상</w:t>
      </w:r>
      <w:r>
        <w:rPr>
          <w:lang w:eastAsia="ko-KR"/>
        </w:rPr>
        <w:t xml:space="preserve"> </w:t>
      </w:r>
      <w:r>
        <w:rPr>
          <w:lang w:eastAsia="ko-KR"/>
        </w:rPr>
        <w:t>인원</w:t>
      </w:r>
      <w:r>
        <w:rPr>
          <w:lang w:eastAsia="ko-KR"/>
        </w:rPr>
        <w:t xml:space="preserve">, </w:t>
      </w:r>
      <w:r>
        <w:rPr>
          <w:lang w:eastAsia="ko-KR"/>
        </w:rPr>
        <w:t>직급</w:t>
      </w:r>
      <w:r>
        <w:rPr>
          <w:lang w:eastAsia="ko-KR"/>
        </w:rPr>
        <w:t>·</w:t>
      </w:r>
      <w:r>
        <w:rPr>
          <w:lang w:eastAsia="ko-KR"/>
        </w:rPr>
        <w:t>계급</w:t>
      </w:r>
      <w:r>
        <w:rPr>
          <w:lang w:eastAsia="ko-KR"/>
        </w:rPr>
        <w:t xml:space="preserve"> </w:t>
      </w:r>
      <w:r>
        <w:rPr>
          <w:lang w:eastAsia="ko-KR"/>
        </w:rPr>
        <w:t>구성</w:t>
      </w:r>
      <w:r>
        <w:rPr>
          <w:lang w:eastAsia="ko-KR"/>
        </w:rPr>
        <w:t xml:space="preserve">, </w:t>
      </w:r>
      <w:r>
        <w:rPr>
          <w:lang w:eastAsia="ko-KR"/>
        </w:rPr>
        <w:t>평정권자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평가위원</w:t>
      </w:r>
      <w:r>
        <w:rPr>
          <w:lang w:eastAsia="ko-KR"/>
        </w:rPr>
        <w:t xml:space="preserve"> </w:t>
      </w:r>
      <w:r>
        <w:rPr>
          <w:lang w:eastAsia="ko-KR"/>
        </w:rPr>
        <w:t>구성</w:t>
      </w:r>
      <w:r>
        <w:rPr>
          <w:lang w:eastAsia="ko-KR"/>
        </w:rPr>
        <w:t xml:space="preserve"> </w:t>
      </w:r>
      <w:r>
        <w:rPr>
          <w:lang w:eastAsia="ko-KR"/>
        </w:rPr>
        <w:t>실태</w:t>
      </w:r>
    </w:p>
    <w:p w14:paraId="50615795" w14:textId="77777777" w:rsidR="00BA4664" w:rsidRDefault="002D1112">
      <w:pPr>
        <w:rPr>
          <w:lang w:eastAsia="ko-KR"/>
        </w:rPr>
      </w:pPr>
      <w:r>
        <w:rPr>
          <w:lang w:eastAsia="ko-KR"/>
        </w:rPr>
        <w:t>④ 2023~2026</w:t>
      </w:r>
      <w:r>
        <w:rPr>
          <w:lang w:eastAsia="ko-KR"/>
        </w:rPr>
        <w:t>년</w:t>
      </w:r>
      <w:r>
        <w:rPr>
          <w:lang w:eastAsia="ko-KR"/>
        </w:rPr>
        <w:t xml:space="preserve"> </w:t>
      </w:r>
      <w:r>
        <w:rPr>
          <w:lang w:eastAsia="ko-KR"/>
        </w:rPr>
        <w:t>부대별</w:t>
      </w:r>
      <w:r>
        <w:rPr>
          <w:lang w:eastAsia="ko-KR"/>
        </w:rPr>
        <w:t>·</w:t>
      </w:r>
      <w:proofErr w:type="spellStart"/>
      <w:r>
        <w:rPr>
          <w:lang w:eastAsia="ko-KR"/>
        </w:rPr>
        <w:t>신분별</w:t>
      </w:r>
      <w:proofErr w:type="spellEnd"/>
      <w:r>
        <w:rPr>
          <w:lang w:eastAsia="ko-KR"/>
        </w:rPr>
        <w:t xml:space="preserve"> S·A·B·C·D </w:t>
      </w:r>
      <w:r>
        <w:rPr>
          <w:lang w:eastAsia="ko-KR"/>
        </w:rPr>
        <w:t>등급</w:t>
      </w:r>
      <w:r>
        <w:rPr>
          <w:lang w:eastAsia="ko-KR"/>
        </w:rPr>
        <w:t xml:space="preserve"> </w:t>
      </w:r>
      <w:r>
        <w:rPr>
          <w:lang w:eastAsia="ko-KR"/>
        </w:rPr>
        <w:t>분포와</w:t>
      </w:r>
      <w:r>
        <w:rPr>
          <w:lang w:eastAsia="ko-KR"/>
        </w:rPr>
        <w:t xml:space="preserve"> </w:t>
      </w:r>
      <w:r>
        <w:rPr>
          <w:lang w:eastAsia="ko-KR"/>
        </w:rPr>
        <w:t>지급액</w:t>
      </w:r>
      <w:r>
        <w:rPr>
          <w:lang w:eastAsia="ko-KR"/>
        </w:rPr>
        <w:t xml:space="preserve"> </w:t>
      </w:r>
      <w:r>
        <w:rPr>
          <w:lang w:eastAsia="ko-KR"/>
        </w:rPr>
        <w:t>격차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불이익</w:t>
      </w:r>
      <w:r>
        <w:rPr>
          <w:lang w:eastAsia="ko-KR"/>
        </w:rPr>
        <w:t xml:space="preserve"> </w:t>
      </w:r>
      <w:r>
        <w:rPr>
          <w:lang w:eastAsia="ko-KR"/>
        </w:rPr>
        <w:t>여부</w:t>
      </w:r>
    </w:p>
    <w:p w14:paraId="4169DC99" w14:textId="77777777" w:rsidR="00BA4664" w:rsidRDefault="002D1112">
      <w:pPr>
        <w:rPr>
          <w:lang w:eastAsia="ko-KR"/>
        </w:rPr>
      </w:pPr>
      <w:r>
        <w:rPr>
          <w:lang w:eastAsia="ko-KR"/>
        </w:rPr>
        <w:t xml:space="preserve">⑤ </w:t>
      </w:r>
      <w:r>
        <w:rPr>
          <w:lang w:eastAsia="ko-KR"/>
        </w:rPr>
        <w:t>평가기준의</w:t>
      </w:r>
      <w:r>
        <w:rPr>
          <w:lang w:eastAsia="ko-KR"/>
        </w:rPr>
        <w:t xml:space="preserve"> </w:t>
      </w:r>
      <w:r>
        <w:rPr>
          <w:lang w:eastAsia="ko-KR"/>
        </w:rPr>
        <w:t>직무</w:t>
      </w:r>
      <w:r>
        <w:rPr>
          <w:lang w:eastAsia="ko-KR"/>
        </w:rPr>
        <w:t xml:space="preserve"> </w:t>
      </w:r>
      <w:r>
        <w:rPr>
          <w:lang w:eastAsia="ko-KR"/>
        </w:rPr>
        <w:t>비교가능성</w:t>
      </w:r>
      <w:r>
        <w:rPr>
          <w:lang w:eastAsia="ko-KR"/>
        </w:rPr>
        <w:t xml:space="preserve">, </w:t>
      </w:r>
      <w:r>
        <w:rPr>
          <w:lang w:eastAsia="ko-KR"/>
        </w:rPr>
        <w:t>등급</w:t>
      </w:r>
      <w:r>
        <w:rPr>
          <w:lang w:eastAsia="ko-KR"/>
        </w:rPr>
        <w:t xml:space="preserve"> </w:t>
      </w:r>
      <w:r>
        <w:rPr>
          <w:lang w:eastAsia="ko-KR"/>
        </w:rPr>
        <w:t>조정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지급</w:t>
      </w:r>
      <w:r>
        <w:rPr>
          <w:lang w:eastAsia="ko-KR"/>
        </w:rPr>
        <w:t xml:space="preserve"> </w:t>
      </w:r>
      <w:r>
        <w:rPr>
          <w:lang w:eastAsia="ko-KR"/>
        </w:rPr>
        <w:t>과정의</w:t>
      </w:r>
      <w:r>
        <w:rPr>
          <w:lang w:eastAsia="ko-KR"/>
        </w:rPr>
        <w:t xml:space="preserve"> </w:t>
      </w:r>
      <w:r>
        <w:rPr>
          <w:lang w:eastAsia="ko-KR"/>
        </w:rPr>
        <w:t>공정성</w:t>
      </w:r>
      <w:r>
        <w:rPr>
          <w:lang w:eastAsia="ko-KR"/>
        </w:rPr>
        <w:t>·</w:t>
      </w:r>
      <w:r>
        <w:rPr>
          <w:lang w:eastAsia="ko-KR"/>
        </w:rPr>
        <w:t>적법성</w:t>
      </w:r>
    </w:p>
    <w:p w14:paraId="1540C1E3" w14:textId="77777777" w:rsidR="00BA4664" w:rsidRDefault="002D1112">
      <w:pPr>
        <w:rPr>
          <w:lang w:eastAsia="ko-KR"/>
        </w:rPr>
      </w:pPr>
      <w:r>
        <w:rPr>
          <w:lang w:eastAsia="ko-KR"/>
        </w:rPr>
        <w:t xml:space="preserve">⑥ </w:t>
      </w:r>
      <w:r>
        <w:rPr>
          <w:lang w:eastAsia="ko-KR"/>
        </w:rPr>
        <w:t>위법</w:t>
      </w:r>
      <w:r>
        <w:rPr>
          <w:lang w:eastAsia="ko-KR"/>
        </w:rPr>
        <w:t>·</w:t>
      </w:r>
      <w:r>
        <w:rPr>
          <w:lang w:eastAsia="ko-KR"/>
        </w:rPr>
        <w:t>부당한</w:t>
      </w:r>
      <w:r>
        <w:rPr>
          <w:lang w:eastAsia="ko-KR"/>
        </w:rPr>
        <w:t xml:space="preserve"> </w:t>
      </w:r>
      <w:r>
        <w:rPr>
          <w:lang w:eastAsia="ko-KR"/>
        </w:rPr>
        <w:t>제도</w:t>
      </w:r>
      <w:r>
        <w:rPr>
          <w:lang w:eastAsia="ko-KR"/>
        </w:rPr>
        <w:t xml:space="preserve"> </w:t>
      </w:r>
      <w:r>
        <w:rPr>
          <w:lang w:eastAsia="ko-KR"/>
        </w:rPr>
        <w:t>운영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책임소재</w:t>
      </w:r>
      <w:r>
        <w:rPr>
          <w:lang w:eastAsia="ko-KR"/>
        </w:rPr>
        <w:t xml:space="preserve"> </w:t>
      </w:r>
      <w:r>
        <w:rPr>
          <w:lang w:eastAsia="ko-KR"/>
        </w:rPr>
        <w:t>조사</w:t>
      </w:r>
      <w:r>
        <w:rPr>
          <w:lang w:eastAsia="ko-KR"/>
        </w:rPr>
        <w:t xml:space="preserve">, </w:t>
      </w:r>
      <w:r>
        <w:rPr>
          <w:lang w:eastAsia="ko-KR"/>
        </w:rPr>
        <w:t>피해구제와</w:t>
      </w:r>
      <w:r>
        <w:rPr>
          <w:lang w:eastAsia="ko-KR"/>
        </w:rPr>
        <w:t xml:space="preserve"> </w:t>
      </w:r>
      <w:r>
        <w:rPr>
          <w:lang w:eastAsia="ko-KR"/>
        </w:rPr>
        <w:t>재발방지</w:t>
      </w:r>
      <w:r>
        <w:rPr>
          <w:lang w:eastAsia="ko-KR"/>
        </w:rPr>
        <w:t>·</w:t>
      </w:r>
      <w:r>
        <w:rPr>
          <w:lang w:eastAsia="ko-KR"/>
        </w:rPr>
        <w:t>제도개선</w:t>
      </w:r>
    </w:p>
    <w:p w14:paraId="705ACEF2" w14:textId="77777777" w:rsidR="00BA4664" w:rsidRDefault="002D1112">
      <w:pPr>
        <w:rPr>
          <w:lang w:eastAsia="ko-KR"/>
        </w:rPr>
      </w:pPr>
      <w:r>
        <w:rPr>
          <w:sz w:val="15"/>
          <w:lang w:eastAsia="ko-KR"/>
        </w:rPr>
        <w:t xml:space="preserve">※ </w:t>
      </w:r>
      <w:r>
        <w:rPr>
          <w:sz w:val="15"/>
          <w:lang w:eastAsia="ko-KR"/>
        </w:rPr>
        <w:t>본</w:t>
      </w:r>
      <w:r>
        <w:rPr>
          <w:sz w:val="15"/>
          <w:lang w:eastAsia="ko-KR"/>
        </w:rPr>
        <w:t xml:space="preserve"> </w:t>
      </w:r>
      <w:r>
        <w:rPr>
          <w:sz w:val="15"/>
          <w:lang w:eastAsia="ko-KR"/>
        </w:rPr>
        <w:t>연명부는</w:t>
      </w:r>
      <w:r>
        <w:rPr>
          <w:sz w:val="15"/>
          <w:lang w:eastAsia="ko-KR"/>
        </w:rPr>
        <w:t xml:space="preserve"> </w:t>
      </w:r>
      <w:r>
        <w:rPr>
          <w:sz w:val="15"/>
          <w:lang w:eastAsia="ko-KR"/>
        </w:rPr>
        <w:t>감사원</w:t>
      </w:r>
      <w:r>
        <w:rPr>
          <w:sz w:val="15"/>
          <w:lang w:eastAsia="ko-KR"/>
        </w:rPr>
        <w:t xml:space="preserve"> </w:t>
      </w:r>
      <w:r>
        <w:rPr>
          <w:sz w:val="15"/>
          <w:lang w:eastAsia="ko-KR"/>
        </w:rPr>
        <w:t>국민감사청구의</w:t>
      </w:r>
      <w:r>
        <w:rPr>
          <w:sz w:val="15"/>
          <w:lang w:eastAsia="ko-KR"/>
        </w:rPr>
        <w:t xml:space="preserve"> </w:t>
      </w:r>
      <w:r>
        <w:rPr>
          <w:sz w:val="15"/>
          <w:lang w:eastAsia="ko-KR"/>
        </w:rPr>
        <w:t>청구인으로</w:t>
      </w:r>
      <w:r>
        <w:rPr>
          <w:sz w:val="15"/>
          <w:lang w:eastAsia="ko-KR"/>
        </w:rPr>
        <w:t xml:space="preserve"> </w:t>
      </w:r>
      <w:r>
        <w:rPr>
          <w:sz w:val="15"/>
          <w:lang w:eastAsia="ko-KR"/>
        </w:rPr>
        <w:t>참여하는</w:t>
      </w:r>
      <w:r>
        <w:rPr>
          <w:sz w:val="15"/>
          <w:lang w:eastAsia="ko-KR"/>
        </w:rPr>
        <w:t xml:space="preserve"> </w:t>
      </w:r>
      <w:r>
        <w:rPr>
          <w:sz w:val="15"/>
          <w:lang w:eastAsia="ko-KR"/>
        </w:rPr>
        <w:t>것이므로</w:t>
      </w:r>
      <w:r>
        <w:rPr>
          <w:sz w:val="15"/>
          <w:lang w:eastAsia="ko-KR"/>
        </w:rPr>
        <w:t xml:space="preserve">, </w:t>
      </w:r>
      <w:r>
        <w:rPr>
          <w:sz w:val="15"/>
          <w:lang w:eastAsia="ko-KR"/>
        </w:rPr>
        <w:t>감사청구</w:t>
      </w:r>
      <w:r>
        <w:rPr>
          <w:sz w:val="15"/>
          <w:lang w:eastAsia="ko-KR"/>
        </w:rPr>
        <w:t xml:space="preserve"> </w:t>
      </w:r>
      <w:r>
        <w:rPr>
          <w:sz w:val="15"/>
          <w:lang w:eastAsia="ko-KR"/>
        </w:rPr>
        <w:t>내용을</w:t>
      </w:r>
      <w:r>
        <w:rPr>
          <w:sz w:val="15"/>
          <w:lang w:eastAsia="ko-KR"/>
        </w:rPr>
        <w:t xml:space="preserve"> </w:t>
      </w:r>
      <w:r>
        <w:rPr>
          <w:sz w:val="15"/>
          <w:lang w:eastAsia="ko-KR"/>
        </w:rPr>
        <w:t>확인한</w:t>
      </w:r>
      <w:r>
        <w:rPr>
          <w:sz w:val="15"/>
          <w:lang w:eastAsia="ko-KR"/>
        </w:rPr>
        <w:t xml:space="preserve"> </w:t>
      </w:r>
      <w:r>
        <w:rPr>
          <w:sz w:val="15"/>
          <w:lang w:eastAsia="ko-KR"/>
        </w:rPr>
        <w:t>후</w:t>
      </w:r>
      <w:r>
        <w:rPr>
          <w:sz w:val="15"/>
          <w:lang w:eastAsia="ko-KR"/>
        </w:rPr>
        <w:t xml:space="preserve"> </w:t>
      </w:r>
      <w:r>
        <w:rPr>
          <w:sz w:val="15"/>
          <w:lang w:eastAsia="ko-KR"/>
        </w:rPr>
        <w:t>본인이</w:t>
      </w:r>
      <w:r>
        <w:rPr>
          <w:sz w:val="15"/>
          <w:lang w:eastAsia="ko-KR"/>
        </w:rPr>
        <w:t xml:space="preserve"> </w:t>
      </w:r>
      <w:r>
        <w:rPr>
          <w:sz w:val="15"/>
          <w:lang w:eastAsia="ko-KR"/>
        </w:rPr>
        <w:t>직접</w:t>
      </w:r>
      <w:r>
        <w:rPr>
          <w:sz w:val="15"/>
          <w:lang w:eastAsia="ko-KR"/>
        </w:rPr>
        <w:t xml:space="preserve"> </w:t>
      </w:r>
      <w:r>
        <w:rPr>
          <w:sz w:val="15"/>
          <w:lang w:eastAsia="ko-KR"/>
        </w:rPr>
        <w:t>기재하고</w:t>
      </w:r>
      <w:r>
        <w:rPr>
          <w:sz w:val="15"/>
          <w:lang w:eastAsia="ko-KR"/>
        </w:rPr>
        <w:t xml:space="preserve"> </w:t>
      </w:r>
      <w:r>
        <w:rPr>
          <w:sz w:val="15"/>
          <w:lang w:eastAsia="ko-KR"/>
        </w:rPr>
        <w:t>서명</w:t>
      </w:r>
      <w:r>
        <w:rPr>
          <w:sz w:val="15"/>
          <w:lang w:eastAsia="ko-KR"/>
        </w:rPr>
        <w:t xml:space="preserve"> </w:t>
      </w:r>
      <w:r>
        <w:rPr>
          <w:sz w:val="15"/>
          <w:lang w:eastAsia="ko-KR"/>
        </w:rPr>
        <w:t>또는</w:t>
      </w:r>
      <w:r>
        <w:rPr>
          <w:sz w:val="15"/>
          <w:lang w:eastAsia="ko-KR"/>
        </w:rPr>
        <w:t xml:space="preserve"> </w:t>
      </w:r>
      <w:r>
        <w:rPr>
          <w:sz w:val="15"/>
          <w:lang w:eastAsia="ko-KR"/>
        </w:rPr>
        <w:t>날인하시기</w:t>
      </w:r>
      <w:r>
        <w:rPr>
          <w:sz w:val="15"/>
          <w:lang w:eastAsia="ko-KR"/>
        </w:rPr>
        <w:t xml:space="preserve"> </w:t>
      </w:r>
      <w:r>
        <w:rPr>
          <w:sz w:val="15"/>
          <w:lang w:eastAsia="ko-KR"/>
        </w:rPr>
        <w:t>바랍니다</w:t>
      </w:r>
      <w:r>
        <w:rPr>
          <w:sz w:val="15"/>
          <w:lang w:eastAsia="ko-KR"/>
        </w:rPr>
        <w:t>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567"/>
        <w:gridCol w:w="1134"/>
        <w:gridCol w:w="1417"/>
        <w:gridCol w:w="1247"/>
        <w:gridCol w:w="794"/>
        <w:gridCol w:w="2891"/>
        <w:gridCol w:w="1304"/>
      </w:tblGrid>
      <w:tr w:rsidR="00BA4664" w14:paraId="4AC0B879" w14:textId="77777777">
        <w:tc>
          <w:tcPr>
            <w:tcW w:w="567" w:type="dxa"/>
          </w:tcPr>
          <w:p w14:paraId="66C1FD91" w14:textId="77777777" w:rsidR="00BA4664" w:rsidRDefault="002D1112">
            <w:pPr>
              <w:jc w:val="center"/>
            </w:pPr>
            <w:proofErr w:type="spellStart"/>
            <w:r>
              <w:rPr>
                <w:sz w:val="15"/>
              </w:rPr>
              <w:t>번호</w:t>
            </w:r>
            <w:proofErr w:type="spellEnd"/>
          </w:p>
        </w:tc>
        <w:tc>
          <w:tcPr>
            <w:tcW w:w="1134" w:type="dxa"/>
          </w:tcPr>
          <w:p w14:paraId="3B2993FE" w14:textId="77777777" w:rsidR="00BA4664" w:rsidRDefault="002D1112">
            <w:pPr>
              <w:jc w:val="center"/>
            </w:pPr>
            <w:r>
              <w:rPr>
                <w:sz w:val="15"/>
              </w:rPr>
              <w:t>성명</w:t>
            </w:r>
          </w:p>
        </w:tc>
        <w:tc>
          <w:tcPr>
            <w:tcW w:w="1417" w:type="dxa"/>
          </w:tcPr>
          <w:p w14:paraId="451F5BD4" w14:textId="77777777" w:rsidR="00BA4664" w:rsidRDefault="002D1112">
            <w:pPr>
              <w:jc w:val="center"/>
            </w:pPr>
            <w:r>
              <w:rPr>
                <w:sz w:val="15"/>
              </w:rPr>
              <w:t>전화번호</w:t>
            </w:r>
          </w:p>
        </w:tc>
        <w:tc>
          <w:tcPr>
            <w:tcW w:w="1247" w:type="dxa"/>
          </w:tcPr>
          <w:p w14:paraId="5F12A4B6" w14:textId="77777777" w:rsidR="00BA4664" w:rsidRDefault="002D1112">
            <w:pPr>
              <w:jc w:val="center"/>
            </w:pPr>
            <w:r>
              <w:rPr>
                <w:sz w:val="15"/>
              </w:rPr>
              <w:t>생년월일</w:t>
            </w:r>
          </w:p>
        </w:tc>
        <w:tc>
          <w:tcPr>
            <w:tcW w:w="794" w:type="dxa"/>
          </w:tcPr>
          <w:p w14:paraId="6945CC02" w14:textId="77777777" w:rsidR="00BA4664" w:rsidRDefault="002D1112">
            <w:pPr>
              <w:jc w:val="center"/>
            </w:pPr>
            <w:r>
              <w:rPr>
                <w:sz w:val="15"/>
              </w:rPr>
              <w:t>직업</w:t>
            </w:r>
          </w:p>
        </w:tc>
        <w:tc>
          <w:tcPr>
            <w:tcW w:w="2891" w:type="dxa"/>
          </w:tcPr>
          <w:p w14:paraId="35B0462A" w14:textId="77777777" w:rsidR="00BA4664" w:rsidRDefault="002D1112">
            <w:pPr>
              <w:jc w:val="center"/>
            </w:pPr>
            <w:r>
              <w:rPr>
                <w:sz w:val="15"/>
              </w:rPr>
              <w:t>주소</w:t>
            </w:r>
          </w:p>
        </w:tc>
        <w:tc>
          <w:tcPr>
            <w:tcW w:w="1304" w:type="dxa"/>
          </w:tcPr>
          <w:p w14:paraId="46808024" w14:textId="77777777" w:rsidR="00BA4664" w:rsidRDefault="002D1112">
            <w:pPr>
              <w:jc w:val="center"/>
            </w:pPr>
            <w:r>
              <w:rPr>
                <w:sz w:val="15"/>
              </w:rPr>
              <w:t>서명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또는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날인</w:t>
            </w:r>
          </w:p>
        </w:tc>
      </w:tr>
      <w:tr w:rsidR="00BA4664" w14:paraId="37D6EB9B" w14:textId="77777777">
        <w:trPr>
          <w:trHeight w:val="397"/>
        </w:trPr>
        <w:tc>
          <w:tcPr>
            <w:tcW w:w="567" w:type="dxa"/>
          </w:tcPr>
          <w:p w14:paraId="5E71DA2A" w14:textId="77777777" w:rsidR="00BA4664" w:rsidRDefault="002D1112">
            <w:pPr>
              <w:jc w:val="center"/>
            </w:pPr>
            <w:r>
              <w:rPr>
                <w:sz w:val="15"/>
              </w:rPr>
              <w:t>21</w:t>
            </w:r>
          </w:p>
        </w:tc>
        <w:tc>
          <w:tcPr>
            <w:tcW w:w="1134" w:type="dxa"/>
          </w:tcPr>
          <w:p w14:paraId="50CB5FCA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25269CC1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55585FD2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3A60CE9C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2EE30FEA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57E6444C" w14:textId="77777777" w:rsidR="00BA4664" w:rsidRDefault="00BA4664">
            <w:pPr>
              <w:jc w:val="center"/>
            </w:pPr>
          </w:p>
        </w:tc>
      </w:tr>
      <w:tr w:rsidR="00BA4664" w14:paraId="599EA184" w14:textId="77777777">
        <w:trPr>
          <w:trHeight w:val="397"/>
        </w:trPr>
        <w:tc>
          <w:tcPr>
            <w:tcW w:w="567" w:type="dxa"/>
          </w:tcPr>
          <w:p w14:paraId="4B196489" w14:textId="77777777" w:rsidR="00BA4664" w:rsidRDefault="002D1112">
            <w:pPr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134" w:type="dxa"/>
          </w:tcPr>
          <w:p w14:paraId="2832C3B2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3E8A5B08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5CD313CD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28AB8DC5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586A806D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08CDC8D7" w14:textId="77777777" w:rsidR="00BA4664" w:rsidRDefault="00BA4664">
            <w:pPr>
              <w:jc w:val="center"/>
            </w:pPr>
          </w:p>
        </w:tc>
      </w:tr>
      <w:tr w:rsidR="00BA4664" w14:paraId="27E393BB" w14:textId="77777777">
        <w:trPr>
          <w:trHeight w:val="397"/>
        </w:trPr>
        <w:tc>
          <w:tcPr>
            <w:tcW w:w="567" w:type="dxa"/>
          </w:tcPr>
          <w:p w14:paraId="35A734BF" w14:textId="77777777" w:rsidR="00BA4664" w:rsidRDefault="002D1112">
            <w:pPr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1134" w:type="dxa"/>
          </w:tcPr>
          <w:p w14:paraId="6A9F5D86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7ED3CB39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1E2838FA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081E9E9F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19B7FE66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42A75137" w14:textId="77777777" w:rsidR="00BA4664" w:rsidRDefault="00BA4664">
            <w:pPr>
              <w:jc w:val="center"/>
            </w:pPr>
          </w:p>
        </w:tc>
      </w:tr>
      <w:tr w:rsidR="00BA4664" w14:paraId="076B1E57" w14:textId="77777777">
        <w:trPr>
          <w:trHeight w:val="397"/>
        </w:trPr>
        <w:tc>
          <w:tcPr>
            <w:tcW w:w="567" w:type="dxa"/>
          </w:tcPr>
          <w:p w14:paraId="60A74439" w14:textId="77777777" w:rsidR="00BA4664" w:rsidRDefault="002D1112">
            <w:pPr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134" w:type="dxa"/>
          </w:tcPr>
          <w:p w14:paraId="0BF13001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3ECB3C0D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15CBA693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40C225CD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7330FF7D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39C64C55" w14:textId="77777777" w:rsidR="00BA4664" w:rsidRDefault="00BA4664">
            <w:pPr>
              <w:jc w:val="center"/>
            </w:pPr>
          </w:p>
        </w:tc>
      </w:tr>
      <w:tr w:rsidR="00BA4664" w14:paraId="1284C123" w14:textId="77777777">
        <w:trPr>
          <w:trHeight w:val="397"/>
        </w:trPr>
        <w:tc>
          <w:tcPr>
            <w:tcW w:w="567" w:type="dxa"/>
          </w:tcPr>
          <w:p w14:paraId="3377B1B1" w14:textId="77777777" w:rsidR="00BA4664" w:rsidRDefault="002D1112">
            <w:pPr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134" w:type="dxa"/>
          </w:tcPr>
          <w:p w14:paraId="11E8B516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2777C20B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385BEA8D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3941F2CC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320C5234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1DBA636B" w14:textId="77777777" w:rsidR="00BA4664" w:rsidRDefault="00BA4664">
            <w:pPr>
              <w:jc w:val="center"/>
            </w:pPr>
          </w:p>
        </w:tc>
      </w:tr>
      <w:tr w:rsidR="00BA4664" w14:paraId="2E8BB212" w14:textId="77777777">
        <w:trPr>
          <w:trHeight w:val="397"/>
        </w:trPr>
        <w:tc>
          <w:tcPr>
            <w:tcW w:w="567" w:type="dxa"/>
          </w:tcPr>
          <w:p w14:paraId="09F21736" w14:textId="77777777" w:rsidR="00BA4664" w:rsidRDefault="002D1112">
            <w:pPr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134" w:type="dxa"/>
          </w:tcPr>
          <w:p w14:paraId="27712EA3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3C16E9A6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560E5541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7EE9712E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5CA7F85B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32EFA4A2" w14:textId="77777777" w:rsidR="00BA4664" w:rsidRDefault="00BA4664">
            <w:pPr>
              <w:jc w:val="center"/>
            </w:pPr>
          </w:p>
        </w:tc>
      </w:tr>
      <w:tr w:rsidR="00BA4664" w14:paraId="6E78BEB4" w14:textId="77777777">
        <w:trPr>
          <w:trHeight w:val="397"/>
        </w:trPr>
        <w:tc>
          <w:tcPr>
            <w:tcW w:w="567" w:type="dxa"/>
          </w:tcPr>
          <w:p w14:paraId="403B2080" w14:textId="77777777" w:rsidR="00BA4664" w:rsidRDefault="002D1112">
            <w:pPr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134" w:type="dxa"/>
          </w:tcPr>
          <w:p w14:paraId="375A9EAD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2A8613F6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74B89849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68B71324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52663833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3686DA7D" w14:textId="77777777" w:rsidR="00BA4664" w:rsidRDefault="00BA4664">
            <w:pPr>
              <w:jc w:val="center"/>
            </w:pPr>
          </w:p>
        </w:tc>
      </w:tr>
      <w:tr w:rsidR="00BA4664" w14:paraId="7BFFBEB8" w14:textId="77777777">
        <w:trPr>
          <w:trHeight w:val="397"/>
        </w:trPr>
        <w:tc>
          <w:tcPr>
            <w:tcW w:w="567" w:type="dxa"/>
          </w:tcPr>
          <w:p w14:paraId="293902AB" w14:textId="77777777" w:rsidR="00BA4664" w:rsidRDefault="002D1112">
            <w:pPr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134" w:type="dxa"/>
          </w:tcPr>
          <w:p w14:paraId="0B281697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1BF768BD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7D79D1E1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45759FEC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4C84EBE3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225A446D" w14:textId="77777777" w:rsidR="00BA4664" w:rsidRDefault="00BA4664">
            <w:pPr>
              <w:jc w:val="center"/>
            </w:pPr>
          </w:p>
        </w:tc>
      </w:tr>
      <w:tr w:rsidR="00BA4664" w14:paraId="51FF74ED" w14:textId="77777777">
        <w:trPr>
          <w:trHeight w:val="397"/>
        </w:trPr>
        <w:tc>
          <w:tcPr>
            <w:tcW w:w="567" w:type="dxa"/>
          </w:tcPr>
          <w:p w14:paraId="1D4490BB" w14:textId="77777777" w:rsidR="00BA4664" w:rsidRDefault="002D1112">
            <w:pPr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1134" w:type="dxa"/>
          </w:tcPr>
          <w:p w14:paraId="6A712162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111AA96F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46E2D254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06ABB38A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04137281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791C6945" w14:textId="77777777" w:rsidR="00BA4664" w:rsidRDefault="00BA4664">
            <w:pPr>
              <w:jc w:val="center"/>
            </w:pPr>
          </w:p>
        </w:tc>
      </w:tr>
      <w:tr w:rsidR="00BA4664" w14:paraId="05554273" w14:textId="77777777">
        <w:trPr>
          <w:trHeight w:val="397"/>
        </w:trPr>
        <w:tc>
          <w:tcPr>
            <w:tcW w:w="567" w:type="dxa"/>
          </w:tcPr>
          <w:p w14:paraId="5035817D" w14:textId="77777777" w:rsidR="00BA4664" w:rsidRDefault="002D1112">
            <w:pPr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134" w:type="dxa"/>
          </w:tcPr>
          <w:p w14:paraId="2FB566A3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5D2F46F7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79C26411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3185E76C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790BEED3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59D617A0" w14:textId="77777777" w:rsidR="00BA4664" w:rsidRDefault="00BA4664">
            <w:pPr>
              <w:jc w:val="center"/>
            </w:pPr>
          </w:p>
        </w:tc>
      </w:tr>
      <w:tr w:rsidR="00BA4664" w14:paraId="0002ECFC" w14:textId="77777777">
        <w:trPr>
          <w:trHeight w:val="397"/>
        </w:trPr>
        <w:tc>
          <w:tcPr>
            <w:tcW w:w="567" w:type="dxa"/>
          </w:tcPr>
          <w:p w14:paraId="32E2E9C7" w14:textId="77777777" w:rsidR="00BA4664" w:rsidRDefault="002D1112">
            <w:pPr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134" w:type="dxa"/>
          </w:tcPr>
          <w:p w14:paraId="462F5361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209E9325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7E7FC349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0673C75A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22B376AD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59DCA06A" w14:textId="77777777" w:rsidR="00BA4664" w:rsidRDefault="00BA4664">
            <w:pPr>
              <w:jc w:val="center"/>
            </w:pPr>
          </w:p>
        </w:tc>
      </w:tr>
      <w:tr w:rsidR="00BA4664" w14:paraId="522E9D32" w14:textId="77777777">
        <w:trPr>
          <w:trHeight w:val="397"/>
        </w:trPr>
        <w:tc>
          <w:tcPr>
            <w:tcW w:w="567" w:type="dxa"/>
          </w:tcPr>
          <w:p w14:paraId="0B4A374C" w14:textId="77777777" w:rsidR="00BA4664" w:rsidRDefault="002D1112">
            <w:pPr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134" w:type="dxa"/>
          </w:tcPr>
          <w:p w14:paraId="3938177B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37E9AC30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1A7F7A64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278716B6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047F096E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1899751D" w14:textId="77777777" w:rsidR="00BA4664" w:rsidRDefault="00BA4664">
            <w:pPr>
              <w:jc w:val="center"/>
            </w:pPr>
          </w:p>
        </w:tc>
      </w:tr>
      <w:tr w:rsidR="00BA4664" w14:paraId="474B99BC" w14:textId="77777777">
        <w:trPr>
          <w:trHeight w:val="397"/>
        </w:trPr>
        <w:tc>
          <w:tcPr>
            <w:tcW w:w="567" w:type="dxa"/>
          </w:tcPr>
          <w:p w14:paraId="615161D3" w14:textId="77777777" w:rsidR="00BA4664" w:rsidRDefault="002D1112">
            <w:pPr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134" w:type="dxa"/>
          </w:tcPr>
          <w:p w14:paraId="0A22D39E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751D0074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74A75AD9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535528A6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05053EDA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3548DCCE" w14:textId="77777777" w:rsidR="00BA4664" w:rsidRDefault="00BA4664">
            <w:pPr>
              <w:jc w:val="center"/>
            </w:pPr>
          </w:p>
        </w:tc>
      </w:tr>
      <w:tr w:rsidR="00BA4664" w14:paraId="5A432CBB" w14:textId="77777777">
        <w:trPr>
          <w:trHeight w:val="397"/>
        </w:trPr>
        <w:tc>
          <w:tcPr>
            <w:tcW w:w="567" w:type="dxa"/>
          </w:tcPr>
          <w:p w14:paraId="3A55A567" w14:textId="77777777" w:rsidR="00BA4664" w:rsidRDefault="002D1112">
            <w:pPr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134" w:type="dxa"/>
          </w:tcPr>
          <w:p w14:paraId="02B72DAC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485FDD60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20BC8711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7B9663D3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53808EE3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05F67069" w14:textId="77777777" w:rsidR="00BA4664" w:rsidRDefault="00BA4664">
            <w:pPr>
              <w:jc w:val="center"/>
            </w:pPr>
          </w:p>
        </w:tc>
      </w:tr>
      <w:tr w:rsidR="00BA4664" w14:paraId="3BB7E60A" w14:textId="77777777">
        <w:trPr>
          <w:trHeight w:val="397"/>
        </w:trPr>
        <w:tc>
          <w:tcPr>
            <w:tcW w:w="567" w:type="dxa"/>
          </w:tcPr>
          <w:p w14:paraId="5E17F1CD" w14:textId="77777777" w:rsidR="00BA4664" w:rsidRDefault="002D1112">
            <w:pPr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134" w:type="dxa"/>
          </w:tcPr>
          <w:p w14:paraId="57A42694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4F68E530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062D5216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13B2BBD6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4ADCA9CD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0E6B0BFF" w14:textId="77777777" w:rsidR="00BA4664" w:rsidRDefault="00BA4664">
            <w:pPr>
              <w:jc w:val="center"/>
            </w:pPr>
          </w:p>
        </w:tc>
      </w:tr>
      <w:tr w:rsidR="00BA4664" w14:paraId="50990A07" w14:textId="77777777">
        <w:trPr>
          <w:trHeight w:val="397"/>
        </w:trPr>
        <w:tc>
          <w:tcPr>
            <w:tcW w:w="567" w:type="dxa"/>
          </w:tcPr>
          <w:p w14:paraId="1900F483" w14:textId="77777777" w:rsidR="00BA4664" w:rsidRDefault="002D1112">
            <w:pPr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134" w:type="dxa"/>
          </w:tcPr>
          <w:p w14:paraId="54B10820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269198DB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3AA1CC3F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6C2559B0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6FEE95BE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2EF38DF0" w14:textId="77777777" w:rsidR="00BA4664" w:rsidRDefault="00BA4664">
            <w:pPr>
              <w:jc w:val="center"/>
            </w:pPr>
          </w:p>
        </w:tc>
      </w:tr>
      <w:tr w:rsidR="00BA4664" w14:paraId="70BEAE7A" w14:textId="77777777">
        <w:trPr>
          <w:trHeight w:val="397"/>
        </w:trPr>
        <w:tc>
          <w:tcPr>
            <w:tcW w:w="567" w:type="dxa"/>
          </w:tcPr>
          <w:p w14:paraId="1A228038" w14:textId="77777777" w:rsidR="00BA4664" w:rsidRDefault="002D1112">
            <w:pPr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134" w:type="dxa"/>
          </w:tcPr>
          <w:p w14:paraId="389D975F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10C4E5BD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6CAE4F69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7629617B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2C8DB315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531BE8CC" w14:textId="77777777" w:rsidR="00BA4664" w:rsidRDefault="00BA4664">
            <w:pPr>
              <w:jc w:val="center"/>
            </w:pPr>
          </w:p>
        </w:tc>
      </w:tr>
      <w:tr w:rsidR="00BA4664" w14:paraId="42E13129" w14:textId="77777777">
        <w:trPr>
          <w:trHeight w:val="397"/>
        </w:trPr>
        <w:tc>
          <w:tcPr>
            <w:tcW w:w="567" w:type="dxa"/>
          </w:tcPr>
          <w:p w14:paraId="5E386C63" w14:textId="77777777" w:rsidR="00BA4664" w:rsidRDefault="002D1112">
            <w:pPr>
              <w:jc w:val="center"/>
            </w:pPr>
            <w:r>
              <w:rPr>
                <w:sz w:val="15"/>
              </w:rPr>
              <w:t>38</w:t>
            </w:r>
          </w:p>
        </w:tc>
        <w:tc>
          <w:tcPr>
            <w:tcW w:w="1134" w:type="dxa"/>
          </w:tcPr>
          <w:p w14:paraId="35A30BB9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4B05986A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30B4FD0A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2A5C3D01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2F9D1712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388AE0DC" w14:textId="77777777" w:rsidR="00BA4664" w:rsidRDefault="00BA4664">
            <w:pPr>
              <w:jc w:val="center"/>
            </w:pPr>
          </w:p>
        </w:tc>
      </w:tr>
      <w:tr w:rsidR="00BA4664" w14:paraId="29FDE1FA" w14:textId="77777777">
        <w:trPr>
          <w:trHeight w:val="397"/>
        </w:trPr>
        <w:tc>
          <w:tcPr>
            <w:tcW w:w="567" w:type="dxa"/>
          </w:tcPr>
          <w:p w14:paraId="5427D88C" w14:textId="77777777" w:rsidR="00BA4664" w:rsidRDefault="002D1112">
            <w:pPr>
              <w:jc w:val="center"/>
            </w:pPr>
            <w:r>
              <w:rPr>
                <w:sz w:val="15"/>
              </w:rPr>
              <w:t>39</w:t>
            </w:r>
          </w:p>
        </w:tc>
        <w:tc>
          <w:tcPr>
            <w:tcW w:w="1134" w:type="dxa"/>
          </w:tcPr>
          <w:p w14:paraId="17AB46DB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20CA0ACA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020CA8F3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3ABA2348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11E8530F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18C71F06" w14:textId="77777777" w:rsidR="00BA4664" w:rsidRDefault="00BA4664">
            <w:pPr>
              <w:jc w:val="center"/>
            </w:pPr>
          </w:p>
        </w:tc>
      </w:tr>
      <w:tr w:rsidR="00BA4664" w14:paraId="590C05BA" w14:textId="77777777">
        <w:trPr>
          <w:trHeight w:val="397"/>
        </w:trPr>
        <w:tc>
          <w:tcPr>
            <w:tcW w:w="567" w:type="dxa"/>
          </w:tcPr>
          <w:p w14:paraId="0BD30186" w14:textId="77777777" w:rsidR="00BA4664" w:rsidRDefault="002D1112">
            <w:pPr>
              <w:jc w:val="center"/>
            </w:pPr>
            <w:r>
              <w:rPr>
                <w:sz w:val="15"/>
              </w:rPr>
              <w:t>40</w:t>
            </w:r>
          </w:p>
        </w:tc>
        <w:tc>
          <w:tcPr>
            <w:tcW w:w="1134" w:type="dxa"/>
          </w:tcPr>
          <w:p w14:paraId="38EE3305" w14:textId="77777777" w:rsidR="00BA4664" w:rsidRDefault="00BA4664">
            <w:pPr>
              <w:jc w:val="center"/>
            </w:pPr>
          </w:p>
        </w:tc>
        <w:tc>
          <w:tcPr>
            <w:tcW w:w="1417" w:type="dxa"/>
          </w:tcPr>
          <w:p w14:paraId="25280948" w14:textId="77777777" w:rsidR="00BA4664" w:rsidRDefault="00BA4664">
            <w:pPr>
              <w:jc w:val="center"/>
            </w:pPr>
          </w:p>
        </w:tc>
        <w:tc>
          <w:tcPr>
            <w:tcW w:w="1247" w:type="dxa"/>
          </w:tcPr>
          <w:p w14:paraId="0BF8C70E" w14:textId="77777777" w:rsidR="00BA4664" w:rsidRDefault="00BA4664">
            <w:pPr>
              <w:jc w:val="center"/>
            </w:pPr>
          </w:p>
        </w:tc>
        <w:tc>
          <w:tcPr>
            <w:tcW w:w="794" w:type="dxa"/>
          </w:tcPr>
          <w:p w14:paraId="61F92AE4" w14:textId="77777777" w:rsidR="00BA4664" w:rsidRDefault="00BA4664">
            <w:pPr>
              <w:jc w:val="center"/>
            </w:pPr>
          </w:p>
        </w:tc>
        <w:tc>
          <w:tcPr>
            <w:tcW w:w="2891" w:type="dxa"/>
          </w:tcPr>
          <w:p w14:paraId="2EEF5F9F" w14:textId="77777777" w:rsidR="00BA4664" w:rsidRDefault="00BA4664">
            <w:pPr>
              <w:jc w:val="center"/>
            </w:pPr>
          </w:p>
        </w:tc>
        <w:tc>
          <w:tcPr>
            <w:tcW w:w="1304" w:type="dxa"/>
          </w:tcPr>
          <w:p w14:paraId="303414BB" w14:textId="77777777" w:rsidR="00BA4664" w:rsidRDefault="00BA4664">
            <w:pPr>
              <w:jc w:val="center"/>
            </w:pPr>
          </w:p>
        </w:tc>
      </w:tr>
    </w:tbl>
    <w:p w14:paraId="3D448876" w14:textId="77777777" w:rsidR="00BA4664" w:rsidRDefault="002D1112">
      <w:pPr>
        <w:rPr>
          <w:lang w:eastAsia="ko-KR"/>
        </w:rPr>
      </w:pPr>
      <w:r>
        <w:rPr>
          <w:sz w:val="14"/>
          <w:lang w:eastAsia="ko-KR"/>
        </w:rPr>
        <w:t>작성</w:t>
      </w:r>
      <w:r>
        <w:rPr>
          <w:sz w:val="14"/>
          <w:lang w:eastAsia="ko-KR"/>
        </w:rPr>
        <w:t>·</w:t>
      </w:r>
      <w:r>
        <w:rPr>
          <w:sz w:val="14"/>
          <w:lang w:eastAsia="ko-KR"/>
        </w:rPr>
        <w:t>관리단체</w:t>
      </w:r>
      <w:r>
        <w:rPr>
          <w:sz w:val="14"/>
          <w:lang w:eastAsia="ko-KR"/>
        </w:rPr>
        <w:t xml:space="preserve">: </w:t>
      </w:r>
      <w:proofErr w:type="gramStart"/>
      <w:r>
        <w:rPr>
          <w:sz w:val="14"/>
          <w:lang w:eastAsia="ko-KR"/>
        </w:rPr>
        <w:t>전국군무원연대</w:t>
      </w:r>
      <w:r>
        <w:rPr>
          <w:sz w:val="14"/>
          <w:lang w:eastAsia="ko-KR"/>
        </w:rPr>
        <w:t xml:space="preserve">  |</w:t>
      </w:r>
      <w:proofErr w:type="gramEnd"/>
      <w:r>
        <w:rPr>
          <w:sz w:val="14"/>
          <w:lang w:eastAsia="ko-KR"/>
        </w:rPr>
        <w:t xml:space="preserve">  </w:t>
      </w:r>
      <w:r>
        <w:rPr>
          <w:sz w:val="14"/>
          <w:lang w:eastAsia="ko-KR"/>
        </w:rPr>
        <w:t>개인정보는</w:t>
      </w:r>
      <w:r>
        <w:rPr>
          <w:sz w:val="14"/>
          <w:lang w:eastAsia="ko-KR"/>
        </w:rPr>
        <w:t xml:space="preserve"> </w:t>
      </w:r>
      <w:r>
        <w:rPr>
          <w:sz w:val="14"/>
          <w:lang w:eastAsia="ko-KR"/>
        </w:rPr>
        <w:t>감사청구인</w:t>
      </w:r>
      <w:r>
        <w:rPr>
          <w:sz w:val="14"/>
          <w:lang w:eastAsia="ko-KR"/>
        </w:rPr>
        <w:t xml:space="preserve"> </w:t>
      </w:r>
      <w:r>
        <w:rPr>
          <w:sz w:val="14"/>
          <w:lang w:eastAsia="ko-KR"/>
        </w:rPr>
        <w:t>확인</w:t>
      </w:r>
      <w:r>
        <w:rPr>
          <w:sz w:val="14"/>
          <w:lang w:eastAsia="ko-KR"/>
        </w:rPr>
        <w:t xml:space="preserve"> </w:t>
      </w:r>
      <w:r>
        <w:rPr>
          <w:sz w:val="14"/>
          <w:lang w:eastAsia="ko-KR"/>
        </w:rPr>
        <w:t>및</w:t>
      </w:r>
      <w:r>
        <w:rPr>
          <w:sz w:val="14"/>
          <w:lang w:eastAsia="ko-KR"/>
        </w:rPr>
        <w:t xml:space="preserve"> </w:t>
      </w:r>
      <w:r>
        <w:rPr>
          <w:sz w:val="14"/>
          <w:lang w:eastAsia="ko-KR"/>
        </w:rPr>
        <w:t>감사원</w:t>
      </w:r>
      <w:r>
        <w:rPr>
          <w:sz w:val="14"/>
          <w:lang w:eastAsia="ko-KR"/>
        </w:rPr>
        <w:t xml:space="preserve"> </w:t>
      </w:r>
      <w:r>
        <w:rPr>
          <w:sz w:val="14"/>
          <w:lang w:eastAsia="ko-KR"/>
        </w:rPr>
        <w:t>제출</w:t>
      </w:r>
      <w:r>
        <w:rPr>
          <w:sz w:val="14"/>
          <w:lang w:eastAsia="ko-KR"/>
        </w:rPr>
        <w:t xml:space="preserve"> </w:t>
      </w:r>
      <w:r>
        <w:rPr>
          <w:sz w:val="14"/>
          <w:lang w:eastAsia="ko-KR"/>
        </w:rPr>
        <w:t>목적에</w:t>
      </w:r>
      <w:r>
        <w:rPr>
          <w:sz w:val="14"/>
          <w:lang w:eastAsia="ko-KR"/>
        </w:rPr>
        <w:t xml:space="preserve"> </w:t>
      </w:r>
      <w:r>
        <w:rPr>
          <w:sz w:val="14"/>
          <w:lang w:eastAsia="ko-KR"/>
        </w:rPr>
        <w:t>한하여</w:t>
      </w:r>
      <w:r>
        <w:rPr>
          <w:sz w:val="14"/>
          <w:lang w:eastAsia="ko-KR"/>
        </w:rPr>
        <w:t xml:space="preserve"> </w:t>
      </w:r>
      <w:r>
        <w:rPr>
          <w:sz w:val="14"/>
          <w:lang w:eastAsia="ko-KR"/>
        </w:rPr>
        <w:t>관리합니다</w:t>
      </w:r>
      <w:r>
        <w:rPr>
          <w:sz w:val="14"/>
          <w:lang w:eastAsia="ko-KR"/>
        </w:rPr>
        <w:t>.</w:t>
      </w:r>
    </w:p>
    <w:p w14:paraId="0933F32F" w14:textId="77777777" w:rsidR="00BA4664" w:rsidRDefault="002D1112">
      <w:pPr>
        <w:rPr>
          <w:lang w:eastAsia="ko-KR"/>
        </w:rPr>
      </w:pPr>
      <w:r>
        <w:rPr>
          <w:sz w:val="14"/>
          <w:lang w:eastAsia="ko-KR"/>
        </w:rPr>
        <w:t xml:space="preserve">※ </w:t>
      </w:r>
      <w:r>
        <w:rPr>
          <w:sz w:val="14"/>
          <w:lang w:eastAsia="ko-KR"/>
        </w:rPr>
        <w:t>서명부의</w:t>
      </w:r>
      <w:r>
        <w:rPr>
          <w:sz w:val="14"/>
          <w:lang w:eastAsia="ko-KR"/>
        </w:rPr>
        <w:t xml:space="preserve"> </w:t>
      </w:r>
      <w:r>
        <w:rPr>
          <w:sz w:val="14"/>
          <w:lang w:eastAsia="ko-KR"/>
        </w:rPr>
        <w:t>개인정보를</w:t>
      </w:r>
      <w:r>
        <w:rPr>
          <w:sz w:val="14"/>
          <w:lang w:eastAsia="ko-KR"/>
        </w:rPr>
        <w:t xml:space="preserve"> </w:t>
      </w:r>
      <w:r>
        <w:rPr>
          <w:sz w:val="14"/>
          <w:lang w:eastAsia="ko-KR"/>
        </w:rPr>
        <w:t>공개</w:t>
      </w:r>
      <w:r>
        <w:rPr>
          <w:sz w:val="14"/>
          <w:lang w:eastAsia="ko-KR"/>
        </w:rPr>
        <w:t xml:space="preserve"> </w:t>
      </w:r>
      <w:r>
        <w:rPr>
          <w:sz w:val="14"/>
          <w:lang w:eastAsia="ko-KR"/>
        </w:rPr>
        <w:t>게시하거나</w:t>
      </w:r>
      <w:r>
        <w:rPr>
          <w:sz w:val="14"/>
          <w:lang w:eastAsia="ko-KR"/>
        </w:rPr>
        <w:t xml:space="preserve"> </w:t>
      </w:r>
      <w:r>
        <w:rPr>
          <w:sz w:val="14"/>
          <w:lang w:eastAsia="ko-KR"/>
        </w:rPr>
        <w:t>단체</w:t>
      </w:r>
      <w:r>
        <w:rPr>
          <w:sz w:val="14"/>
          <w:lang w:eastAsia="ko-KR"/>
        </w:rPr>
        <w:t xml:space="preserve"> </w:t>
      </w:r>
      <w:r>
        <w:rPr>
          <w:sz w:val="14"/>
          <w:lang w:eastAsia="ko-KR"/>
        </w:rPr>
        <w:t>대화방에</w:t>
      </w:r>
      <w:r>
        <w:rPr>
          <w:sz w:val="14"/>
          <w:lang w:eastAsia="ko-KR"/>
        </w:rPr>
        <w:t xml:space="preserve"> </w:t>
      </w:r>
      <w:r>
        <w:rPr>
          <w:sz w:val="14"/>
          <w:lang w:eastAsia="ko-KR"/>
        </w:rPr>
        <w:t>공유하지</w:t>
      </w:r>
      <w:r>
        <w:rPr>
          <w:sz w:val="14"/>
          <w:lang w:eastAsia="ko-KR"/>
        </w:rPr>
        <w:t xml:space="preserve"> </w:t>
      </w:r>
      <w:r>
        <w:rPr>
          <w:sz w:val="14"/>
          <w:lang w:eastAsia="ko-KR"/>
        </w:rPr>
        <w:t>마십시오</w:t>
      </w:r>
      <w:r>
        <w:rPr>
          <w:sz w:val="14"/>
          <w:lang w:eastAsia="ko-KR"/>
        </w:rPr>
        <w:t>.</w:t>
      </w:r>
    </w:p>
    <w:sectPr w:rsidR="00BA4664" w:rsidSect="00034616">
      <w:pgSz w:w="12240" w:h="15840"/>
      <w:pgMar w:top="794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D1112"/>
    <w:rsid w:val="00326F90"/>
    <w:rsid w:val="00AA1D8D"/>
    <w:rsid w:val="00B47730"/>
    <w:rsid w:val="00BA466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70D261"/>
  <w14:defaultImageDpi w14:val="300"/>
  <w15:docId w15:val="{807A5BF3-77F9-4309-A6B8-48AA066F2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40"/>
    </w:pPr>
    <w:rPr>
      <w:rFonts w:ascii="맑은 고딕" w:eastAsia="맑은 고딕" w:hAnsi="맑은 고딕"/>
      <w:sz w:val="16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Administrator</cp:lastModifiedBy>
  <cp:revision>2</cp:revision>
  <dcterms:created xsi:type="dcterms:W3CDTF">2026-10-26T16:27:00Z</dcterms:created>
  <dcterms:modified xsi:type="dcterms:W3CDTF">2026-10-26T16:27:00Z</dcterms:modified>
  <cp:category/>
</cp:coreProperties>
</file>